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CE269A" w14:textId="77777777" w:rsidR="00365CB7" w:rsidRPr="001013D3" w:rsidRDefault="00BF18E0">
      <w:pPr>
        <w:spacing w:after="0"/>
        <w:jc w:val="center"/>
        <w:rPr>
          <w:lang w:val="ru-RU"/>
        </w:rPr>
      </w:pPr>
      <w:r w:rsidRPr="001013D3">
        <w:rPr>
          <w:b/>
          <w:sz w:val="24"/>
          <w:lang w:val="ru-RU"/>
        </w:rPr>
        <w:t>ДОГОВОР № ________/26</w:t>
      </w:r>
    </w:p>
    <w:p w14:paraId="50ABA35B" w14:textId="77777777" w:rsidR="00365CB7" w:rsidRPr="001013D3" w:rsidRDefault="00BF18E0">
      <w:pPr>
        <w:spacing w:after="160"/>
        <w:jc w:val="center"/>
        <w:rPr>
          <w:lang w:val="ru-RU"/>
        </w:rPr>
      </w:pPr>
      <w:r w:rsidRPr="001013D3">
        <w:rPr>
          <w:b/>
          <w:sz w:val="24"/>
          <w:lang w:val="ru-RU"/>
        </w:rPr>
        <w:t>об образовании по образовательным программам дошкольного образования</w:t>
      </w:r>
    </w:p>
    <w:p w14:paraId="63A6C9DA" w14:textId="77777777" w:rsidR="00365CB7" w:rsidRPr="001013D3" w:rsidRDefault="00BF18E0">
      <w:pPr>
        <w:spacing w:after="160"/>
        <w:rPr>
          <w:lang w:val="ru-RU"/>
        </w:rPr>
      </w:pPr>
      <w:r w:rsidRPr="001013D3">
        <w:rPr>
          <w:lang w:val="ru-RU"/>
        </w:rPr>
        <w:t>Московская область</w:t>
      </w:r>
      <w:r w:rsidRPr="001013D3">
        <w:rPr>
          <w:lang w:val="ru-RU"/>
        </w:rPr>
        <w:tab/>
      </w:r>
      <w:r w:rsidRPr="001013D3">
        <w:rPr>
          <w:lang w:val="ru-RU"/>
        </w:rPr>
        <w:tab/>
      </w:r>
      <w:r w:rsidRPr="001013D3">
        <w:rPr>
          <w:lang w:val="ru-RU"/>
        </w:rPr>
        <w:tab/>
      </w:r>
      <w:r w:rsidRPr="001013D3">
        <w:rPr>
          <w:lang w:val="ru-RU"/>
        </w:rPr>
        <w:tab/>
      </w:r>
      <w:r w:rsidRPr="001013D3">
        <w:rPr>
          <w:lang w:val="ru-RU"/>
        </w:rPr>
        <w:tab/>
      </w:r>
      <w:r w:rsidRPr="001013D3">
        <w:rPr>
          <w:lang w:val="ru-RU"/>
        </w:rPr>
        <w:tab/>
      </w:r>
      <w:r w:rsidRPr="001013D3">
        <w:rPr>
          <w:lang w:val="ru-RU"/>
        </w:rPr>
        <w:tab/>
        <w:t>«____» ______________ 2026 г.</w:t>
      </w:r>
    </w:p>
    <w:p w14:paraId="109A8A56" w14:textId="77777777" w:rsidR="00365CB7" w:rsidRPr="001013D3" w:rsidRDefault="00BF18E0">
      <w:pPr>
        <w:jc w:val="both"/>
        <w:rPr>
          <w:lang w:val="ru-RU"/>
        </w:rPr>
      </w:pPr>
      <w:r w:rsidRPr="001013D3">
        <w:rPr>
          <w:b/>
          <w:lang w:val="ru-RU"/>
        </w:rPr>
        <w:t xml:space="preserve">Автономная Некоммерческая Организация Дошкольного Образования Детский Сад «САВУШКА» (АНО ДО Детский Сад </w:t>
      </w:r>
      <w:r w:rsidRPr="001013D3">
        <w:rPr>
          <w:b/>
          <w:lang w:val="ru-RU"/>
        </w:rPr>
        <w:t>«Савушка»)</w:t>
      </w:r>
      <w:r w:rsidRPr="001013D3">
        <w:rPr>
          <w:lang w:val="ru-RU"/>
        </w:rPr>
        <w:t>, именуемая далее «Исполнитель», имеющая лицензию на осуществление образовательной деятельности № Л035-01255-50/00215227, выданную 29 июня 2016 года, в лице директора Бетениной Светланы Валентиновны, действующей на основании Устава, с одной сторо</w:t>
      </w:r>
      <w:r w:rsidRPr="001013D3">
        <w:rPr>
          <w:lang w:val="ru-RU"/>
        </w:rPr>
        <w:t>ны, и</w:t>
      </w:r>
    </w:p>
    <w:p w14:paraId="13B9CC6D" w14:textId="77777777" w:rsidR="00365CB7" w:rsidRPr="001013D3" w:rsidRDefault="00BF18E0">
      <w:pPr>
        <w:jc w:val="both"/>
        <w:rPr>
          <w:lang w:val="ru-RU"/>
        </w:rPr>
      </w:pPr>
      <w:r w:rsidRPr="001013D3">
        <w:rPr>
          <w:lang w:val="ru-RU"/>
        </w:rPr>
        <w:t>Гражданин(-</w:t>
      </w:r>
      <w:proofErr w:type="spellStart"/>
      <w:r w:rsidRPr="001013D3">
        <w:rPr>
          <w:lang w:val="ru-RU"/>
        </w:rPr>
        <w:t>нка</w:t>
      </w:r>
      <w:proofErr w:type="spellEnd"/>
      <w:r w:rsidRPr="001013D3">
        <w:rPr>
          <w:lang w:val="ru-RU"/>
        </w:rPr>
        <w:t>) РФ ______________________________________________________________________,</w:t>
      </w:r>
    </w:p>
    <w:p w14:paraId="59E43A80" w14:textId="77777777" w:rsidR="00365CB7" w:rsidRPr="001013D3" w:rsidRDefault="00BF18E0">
      <w:pPr>
        <w:spacing w:after="40"/>
        <w:jc w:val="center"/>
        <w:rPr>
          <w:lang w:val="ru-RU"/>
        </w:rPr>
      </w:pPr>
      <w:r w:rsidRPr="001013D3">
        <w:rPr>
          <w:sz w:val="18"/>
          <w:lang w:val="ru-RU"/>
        </w:rPr>
        <w:t>(ФИО полностью)</w:t>
      </w:r>
    </w:p>
    <w:p w14:paraId="23A53697" w14:textId="77777777" w:rsidR="00365CB7" w:rsidRPr="001013D3" w:rsidRDefault="00BF18E0">
      <w:pPr>
        <w:jc w:val="both"/>
        <w:rPr>
          <w:lang w:val="ru-RU"/>
        </w:rPr>
      </w:pPr>
      <w:r w:rsidRPr="001013D3">
        <w:rPr>
          <w:lang w:val="ru-RU"/>
        </w:rPr>
        <w:t>проживающий(-</w:t>
      </w:r>
      <w:proofErr w:type="spellStart"/>
      <w:r w:rsidRPr="001013D3">
        <w:rPr>
          <w:lang w:val="ru-RU"/>
        </w:rPr>
        <w:t>ая</w:t>
      </w:r>
      <w:proofErr w:type="spellEnd"/>
      <w:r w:rsidRPr="001013D3">
        <w:rPr>
          <w:lang w:val="ru-RU"/>
        </w:rPr>
        <w:t>) по адресу: ____________________________________________________________, далее именуемый(-</w:t>
      </w:r>
      <w:proofErr w:type="spellStart"/>
      <w:r w:rsidRPr="001013D3">
        <w:rPr>
          <w:lang w:val="ru-RU"/>
        </w:rPr>
        <w:t>ая</w:t>
      </w:r>
      <w:proofErr w:type="spellEnd"/>
      <w:r w:rsidRPr="001013D3">
        <w:rPr>
          <w:lang w:val="ru-RU"/>
        </w:rPr>
        <w:t>) «Заказчик», являющийся(-</w:t>
      </w:r>
      <w:proofErr w:type="spellStart"/>
      <w:r w:rsidRPr="001013D3">
        <w:rPr>
          <w:lang w:val="ru-RU"/>
        </w:rPr>
        <w:t>аяся</w:t>
      </w:r>
      <w:proofErr w:type="spellEnd"/>
      <w:r w:rsidRPr="001013D3">
        <w:rPr>
          <w:lang w:val="ru-RU"/>
        </w:rPr>
        <w:t>) ро</w:t>
      </w:r>
      <w:r w:rsidRPr="001013D3">
        <w:rPr>
          <w:lang w:val="ru-RU"/>
        </w:rPr>
        <w:t>дителем/законным представителем на основании Свидетельства о рождении и действующий(-</w:t>
      </w:r>
      <w:proofErr w:type="spellStart"/>
      <w:r w:rsidRPr="001013D3">
        <w:rPr>
          <w:lang w:val="ru-RU"/>
        </w:rPr>
        <w:t>ая</w:t>
      </w:r>
      <w:proofErr w:type="spellEnd"/>
      <w:r w:rsidRPr="001013D3">
        <w:rPr>
          <w:lang w:val="ru-RU"/>
        </w:rPr>
        <w:t>) в интересах ребенка _______________________________________________________,</w:t>
      </w:r>
    </w:p>
    <w:p w14:paraId="142BFC86" w14:textId="77777777" w:rsidR="00365CB7" w:rsidRPr="001013D3" w:rsidRDefault="00BF18E0">
      <w:pPr>
        <w:spacing w:after="40"/>
        <w:jc w:val="center"/>
        <w:rPr>
          <w:lang w:val="ru-RU"/>
        </w:rPr>
      </w:pPr>
      <w:r w:rsidRPr="001013D3">
        <w:rPr>
          <w:sz w:val="18"/>
          <w:lang w:val="ru-RU"/>
        </w:rPr>
        <w:t>(ФИО полностью)</w:t>
      </w:r>
    </w:p>
    <w:p w14:paraId="768366F6" w14:textId="77777777" w:rsidR="00365CB7" w:rsidRPr="001013D3" w:rsidRDefault="00BF18E0">
      <w:pPr>
        <w:jc w:val="both"/>
        <w:rPr>
          <w:lang w:val="ru-RU"/>
        </w:rPr>
      </w:pPr>
      <w:r w:rsidRPr="001013D3">
        <w:rPr>
          <w:lang w:val="ru-RU"/>
        </w:rPr>
        <w:t>дата рождения _______________ г., проживающего по адресу: ________________</w:t>
      </w:r>
      <w:r w:rsidRPr="001013D3">
        <w:rPr>
          <w:lang w:val="ru-RU"/>
        </w:rPr>
        <w:t>________________________________________________________, далее именуемого «Воспитанник», с другой стороны, совместно именуемые Стороны, заключили настоящий договор о нижеследующем:</w:t>
      </w:r>
    </w:p>
    <w:p w14:paraId="2A11D3BE" w14:textId="77777777" w:rsidR="00365CB7" w:rsidRPr="001013D3" w:rsidRDefault="00BF18E0">
      <w:pPr>
        <w:spacing w:before="200" w:after="120"/>
        <w:jc w:val="center"/>
        <w:rPr>
          <w:lang w:val="ru-RU"/>
        </w:rPr>
      </w:pPr>
      <w:r w:rsidRPr="001013D3">
        <w:rPr>
          <w:b/>
          <w:lang w:val="ru-RU"/>
        </w:rPr>
        <w:t>1. Предмет договора</w:t>
      </w:r>
    </w:p>
    <w:p w14:paraId="08F4FAEA" w14:textId="77777777" w:rsidR="00365CB7" w:rsidRPr="001013D3" w:rsidRDefault="00BF18E0">
      <w:pPr>
        <w:jc w:val="both"/>
        <w:rPr>
          <w:lang w:val="ru-RU"/>
        </w:rPr>
      </w:pPr>
      <w:r w:rsidRPr="001013D3">
        <w:rPr>
          <w:lang w:val="ru-RU"/>
        </w:rPr>
        <w:t>1.1. Предметом договора является оказание Исполнителем</w:t>
      </w:r>
      <w:r w:rsidRPr="001013D3">
        <w:rPr>
          <w:lang w:val="ru-RU"/>
        </w:rPr>
        <w:t xml:space="preserve"> образовательных услуг Воспитаннику в рамках реализации основной общеобразовательной программы —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w:t>
      </w:r>
      <w:r w:rsidRPr="001013D3">
        <w:rPr>
          <w:lang w:val="ru-RU"/>
        </w:rPr>
        <w:t xml:space="preserve">ошкольного образования (далее — ФГОС дошкольного образования), присмотр и уход за Воспитанником, дошкольные образовательные услуги, наименование, объём и форма которых определены в Приложении №1, являющемся неотъемлемой частью Договора (далее — дошкольные </w:t>
      </w:r>
      <w:r w:rsidRPr="001013D3">
        <w:rPr>
          <w:lang w:val="ru-RU"/>
        </w:rPr>
        <w:t>образовательные услуги). Услуги оказываются в комплексе и неотделимы друг от друга.</w:t>
      </w:r>
    </w:p>
    <w:p w14:paraId="394AA326" w14:textId="77777777" w:rsidR="00365CB7" w:rsidRPr="001013D3" w:rsidRDefault="00BF18E0">
      <w:pPr>
        <w:jc w:val="both"/>
        <w:rPr>
          <w:lang w:val="ru-RU"/>
        </w:rPr>
      </w:pPr>
      <w:r w:rsidRPr="001013D3">
        <w:rPr>
          <w:lang w:val="ru-RU"/>
        </w:rPr>
        <w:t>Исполнитель оказывает образовательные услуги в порядке и в сроки, определенные Договором, Уставом АНО ДО Детский Сад «Савушка» и локальными актами организации.</w:t>
      </w:r>
    </w:p>
    <w:p w14:paraId="7F61AEDC" w14:textId="77777777" w:rsidR="00365CB7" w:rsidRPr="001013D3" w:rsidRDefault="00BF18E0">
      <w:pPr>
        <w:jc w:val="both"/>
        <w:rPr>
          <w:lang w:val="ru-RU"/>
        </w:rPr>
      </w:pPr>
      <w:r w:rsidRPr="001013D3">
        <w:rPr>
          <w:lang w:val="ru-RU"/>
        </w:rPr>
        <w:t>Настоящий до</w:t>
      </w:r>
      <w:r w:rsidRPr="001013D3">
        <w:rPr>
          <w:lang w:val="ru-RU"/>
        </w:rPr>
        <w:t>говор регламентирует права и обязанности Сторон и обязателен к исполнению Сторонами.</w:t>
      </w:r>
    </w:p>
    <w:p w14:paraId="617E27C1" w14:textId="77777777" w:rsidR="00365CB7" w:rsidRPr="001013D3" w:rsidRDefault="00BF18E0">
      <w:pPr>
        <w:jc w:val="both"/>
        <w:rPr>
          <w:lang w:val="ru-RU"/>
        </w:rPr>
      </w:pPr>
      <w:r w:rsidRPr="001013D3">
        <w:rPr>
          <w:lang w:val="ru-RU"/>
        </w:rPr>
        <w:t>1.2. Форма обучения — очная.</w:t>
      </w:r>
    </w:p>
    <w:p w14:paraId="3FC7FE4A" w14:textId="77777777" w:rsidR="00365CB7" w:rsidRPr="001013D3" w:rsidRDefault="00BF18E0">
      <w:pPr>
        <w:jc w:val="both"/>
        <w:rPr>
          <w:lang w:val="ru-RU"/>
        </w:rPr>
      </w:pPr>
      <w:r w:rsidRPr="001013D3">
        <w:rPr>
          <w:lang w:val="ru-RU"/>
        </w:rPr>
        <w:t>1.3. Наименование основной образовательной программы: основная общеобразовательная программа дошкольного образования.</w:t>
      </w:r>
    </w:p>
    <w:p w14:paraId="76733B4A" w14:textId="77777777" w:rsidR="00365CB7" w:rsidRPr="001013D3" w:rsidRDefault="00BF18E0">
      <w:pPr>
        <w:jc w:val="both"/>
        <w:rPr>
          <w:lang w:val="ru-RU"/>
        </w:rPr>
      </w:pPr>
      <w:r w:rsidRPr="001013D3">
        <w:rPr>
          <w:lang w:val="ru-RU"/>
        </w:rPr>
        <w:t>1.4. Срок освоения основ</w:t>
      </w:r>
      <w:r w:rsidRPr="001013D3">
        <w:rPr>
          <w:lang w:val="ru-RU"/>
        </w:rPr>
        <w:t>ной образовательной программы (продолжительность обучения) составляет один учебный год. Срок оказания услуг по Договору с «____» ____________ 2026 г. по «31» августа 2027 г.</w:t>
      </w:r>
    </w:p>
    <w:p w14:paraId="3DB680FE" w14:textId="77777777" w:rsidR="00365CB7" w:rsidRPr="001013D3" w:rsidRDefault="00BF18E0">
      <w:pPr>
        <w:jc w:val="both"/>
        <w:rPr>
          <w:lang w:val="ru-RU"/>
        </w:rPr>
      </w:pPr>
      <w:r w:rsidRPr="001013D3">
        <w:rPr>
          <w:lang w:val="ru-RU"/>
        </w:rPr>
        <w:t>1.5. Режим пребывания Воспитанника в АНО ДО Детский Сад «Савушка» — с понедельника</w:t>
      </w:r>
      <w:r w:rsidRPr="001013D3">
        <w:rPr>
          <w:lang w:val="ru-RU"/>
        </w:rPr>
        <w:t xml:space="preserve"> по пятницу, исключая праздничные и выходные дни. Время пребывания с 07.00 до 20.00 часов.</w:t>
      </w:r>
    </w:p>
    <w:p w14:paraId="1D7F5489" w14:textId="77777777" w:rsidR="00365CB7" w:rsidRPr="001013D3" w:rsidRDefault="00BF18E0">
      <w:pPr>
        <w:jc w:val="both"/>
        <w:rPr>
          <w:lang w:val="ru-RU"/>
        </w:rPr>
      </w:pPr>
      <w:r w:rsidRPr="001013D3">
        <w:rPr>
          <w:lang w:val="ru-RU"/>
        </w:rPr>
        <w:t>1.6. Воспитанник зачисляется в группу общеразвивающей направленности.</w:t>
      </w:r>
    </w:p>
    <w:p w14:paraId="38DAD174" w14:textId="749B8FA4" w:rsidR="00365CB7" w:rsidRPr="001013D3" w:rsidRDefault="00BF18E0">
      <w:pPr>
        <w:jc w:val="both"/>
        <w:rPr>
          <w:lang w:val="ru-RU"/>
        </w:rPr>
      </w:pPr>
      <w:r w:rsidRPr="001013D3">
        <w:rPr>
          <w:lang w:val="ru-RU"/>
        </w:rPr>
        <w:t>1.7. В случае отчисления Воспитанника из образовательной организации по основаниям, предусмотре</w:t>
      </w:r>
      <w:r w:rsidRPr="001013D3">
        <w:rPr>
          <w:lang w:val="ru-RU"/>
        </w:rPr>
        <w:t xml:space="preserve">нным в Договоре, повторное зачисление производится только при условии внесения </w:t>
      </w:r>
      <w:r w:rsidR="001013D3">
        <w:rPr>
          <w:lang w:val="ru-RU"/>
        </w:rPr>
        <w:t>целевого</w:t>
      </w:r>
      <w:r w:rsidRPr="001013D3">
        <w:rPr>
          <w:lang w:val="ru-RU"/>
        </w:rPr>
        <w:t xml:space="preserve"> взноса в соответствии с внутренними локальными актами и приказом Исполнителя.</w:t>
      </w:r>
    </w:p>
    <w:p w14:paraId="3DA22622" w14:textId="77777777" w:rsidR="00365CB7" w:rsidRPr="001013D3" w:rsidRDefault="00BF18E0">
      <w:pPr>
        <w:spacing w:before="200" w:after="120"/>
        <w:jc w:val="center"/>
        <w:rPr>
          <w:lang w:val="ru-RU"/>
        </w:rPr>
      </w:pPr>
      <w:r w:rsidRPr="001013D3">
        <w:rPr>
          <w:b/>
          <w:lang w:val="ru-RU"/>
        </w:rPr>
        <w:t>2. Взаимодействие Сторон</w:t>
      </w:r>
    </w:p>
    <w:p w14:paraId="109DBBC6" w14:textId="77777777" w:rsidR="00365CB7" w:rsidRPr="001013D3" w:rsidRDefault="00BF18E0">
      <w:pPr>
        <w:rPr>
          <w:lang w:val="ru-RU"/>
        </w:rPr>
      </w:pPr>
      <w:r w:rsidRPr="001013D3">
        <w:rPr>
          <w:b/>
          <w:lang w:val="ru-RU"/>
        </w:rPr>
        <w:t>2.1. Исполнитель вправе:</w:t>
      </w:r>
    </w:p>
    <w:p w14:paraId="0E39511B" w14:textId="77777777" w:rsidR="00365CB7" w:rsidRPr="001013D3" w:rsidRDefault="00BF18E0">
      <w:pPr>
        <w:jc w:val="both"/>
        <w:rPr>
          <w:lang w:val="ru-RU"/>
        </w:rPr>
      </w:pPr>
      <w:r w:rsidRPr="001013D3">
        <w:rPr>
          <w:lang w:val="ru-RU"/>
        </w:rPr>
        <w:t>2.1.1. Самостоятельно осуществлять образ</w:t>
      </w:r>
      <w:r w:rsidRPr="001013D3">
        <w:rPr>
          <w:lang w:val="ru-RU"/>
        </w:rPr>
        <w:t>овательную деятельность.</w:t>
      </w:r>
    </w:p>
    <w:p w14:paraId="47E938CC" w14:textId="77777777" w:rsidR="00365CB7" w:rsidRPr="001013D3" w:rsidRDefault="00BF18E0">
      <w:pPr>
        <w:jc w:val="both"/>
        <w:rPr>
          <w:lang w:val="ru-RU"/>
        </w:rPr>
      </w:pPr>
      <w:r w:rsidRPr="001013D3">
        <w:rPr>
          <w:lang w:val="ru-RU"/>
        </w:rPr>
        <w:t>2.1.2. По согласованию с Заказчиком предоставлять Воспитаннику дошкольные образовательные услуги, не предусмотренные Договором, наименование, объём и форма которых определяются в отдельном договоре или дополнительном соглашении Сто</w:t>
      </w:r>
      <w:r w:rsidRPr="001013D3">
        <w:rPr>
          <w:lang w:val="ru-RU"/>
        </w:rPr>
        <w:t>рон, являющемся неотъемлемой частью настоящего Договора.</w:t>
      </w:r>
    </w:p>
    <w:p w14:paraId="5934C898" w14:textId="77777777" w:rsidR="00365CB7" w:rsidRPr="001013D3" w:rsidRDefault="00BF18E0">
      <w:pPr>
        <w:jc w:val="both"/>
        <w:rPr>
          <w:lang w:val="ru-RU"/>
        </w:rPr>
      </w:pPr>
      <w:r w:rsidRPr="001013D3">
        <w:rPr>
          <w:lang w:val="ru-RU"/>
        </w:rPr>
        <w:lastRenderedPageBreak/>
        <w:t>2.1.3. Самостоятельно определять объем образовательной нагрузки по дополнительному образованию, не превышая при этом нагрузку, допустимую санитарно-эпидемиологическими правилами и нормами.</w:t>
      </w:r>
    </w:p>
    <w:p w14:paraId="59004AEE" w14:textId="77777777" w:rsidR="00365CB7" w:rsidRPr="001013D3" w:rsidRDefault="00BF18E0">
      <w:pPr>
        <w:jc w:val="both"/>
        <w:rPr>
          <w:lang w:val="ru-RU"/>
        </w:rPr>
      </w:pPr>
      <w:r w:rsidRPr="001013D3">
        <w:rPr>
          <w:lang w:val="ru-RU"/>
        </w:rPr>
        <w:t xml:space="preserve">2.1.4. </w:t>
      </w:r>
      <w:r w:rsidRPr="001013D3">
        <w:rPr>
          <w:lang w:val="ru-RU"/>
        </w:rPr>
        <w:t>Устанавливать и получать от Заказчика плату за присмотр и уход, дошкольные образовательные услуги.</w:t>
      </w:r>
    </w:p>
    <w:p w14:paraId="7B4772E2" w14:textId="77777777" w:rsidR="00365CB7" w:rsidRPr="001013D3" w:rsidRDefault="00BF18E0">
      <w:pPr>
        <w:jc w:val="both"/>
        <w:rPr>
          <w:lang w:val="ru-RU"/>
        </w:rPr>
      </w:pPr>
      <w:r w:rsidRPr="001013D3">
        <w:rPr>
          <w:lang w:val="ru-RU"/>
        </w:rPr>
        <w:t>2.1.5. Не принимать Воспитанника в образовательную организацию при наличии у него заболеваний, которые требуют проведения с Воспитанником специализированного</w:t>
      </w:r>
      <w:r w:rsidRPr="001013D3">
        <w:rPr>
          <w:lang w:val="ru-RU"/>
        </w:rPr>
        <w:t xml:space="preserve"> обучения, реабилитации, не предусмотренных программой обучения, локальными нормативными актами и разрешительной документацией Исполнителя.</w:t>
      </w:r>
    </w:p>
    <w:p w14:paraId="7F0F53EA" w14:textId="77777777" w:rsidR="00365CB7" w:rsidRPr="001013D3" w:rsidRDefault="00BF18E0">
      <w:pPr>
        <w:jc w:val="both"/>
        <w:rPr>
          <w:lang w:val="ru-RU"/>
        </w:rPr>
      </w:pPr>
      <w:r w:rsidRPr="001013D3">
        <w:rPr>
          <w:lang w:val="ru-RU"/>
        </w:rPr>
        <w:t>2.1.6. Объединять группы в случае необходимости (в связи с низкой наполняемостью групп, отпусков воспитателей, на вр</w:t>
      </w:r>
      <w:r w:rsidRPr="001013D3">
        <w:rPr>
          <w:lang w:val="ru-RU"/>
        </w:rPr>
        <w:t>емя ремонта, на время карантина, в летний период и др.).</w:t>
      </w:r>
    </w:p>
    <w:p w14:paraId="0A1335F7" w14:textId="77777777" w:rsidR="00365CB7" w:rsidRPr="001013D3" w:rsidRDefault="00BF18E0">
      <w:pPr>
        <w:jc w:val="both"/>
        <w:rPr>
          <w:lang w:val="ru-RU"/>
        </w:rPr>
      </w:pPr>
      <w:r w:rsidRPr="001013D3">
        <w:rPr>
          <w:lang w:val="ru-RU"/>
        </w:rPr>
        <w:t>2.1.7. Установить возможность применения при реализации образовательных программ электронного обучения и дистанционных образовательных технологий (статья 13 Федерального закона от 29.12.2012 № 273-ФЗ</w:t>
      </w:r>
      <w:r w:rsidRPr="001013D3">
        <w:rPr>
          <w:lang w:val="ru-RU"/>
        </w:rPr>
        <w:t xml:space="preserve"> «Об образовании в Российской Федерации»), 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её части, а также п</w:t>
      </w:r>
      <w:r w:rsidRPr="001013D3">
        <w:rPr>
          <w:lang w:val="ru-RU"/>
        </w:rPr>
        <w:t>ри иных ситуациях, препятствующих осуществлению образовательной деятельности в нормальном режиме, и при невозможности перенесения сроков освоения образовательной программы дошкольного образования — необходимость осуществления реализации образовательных про</w:t>
      </w:r>
      <w:r w:rsidRPr="001013D3">
        <w:rPr>
          <w:lang w:val="ru-RU"/>
        </w:rPr>
        <w:t>грамм с применением электронного обучения, дистанционных образовательных технологий, в соответствии с СП 2.4.3648-20 «Санитарно-эпидемиологические требования к организациям воспитания и обучения, отдыха и оздоровления детей и молодёжи».</w:t>
      </w:r>
    </w:p>
    <w:p w14:paraId="1E0A053F" w14:textId="77777777" w:rsidR="00365CB7" w:rsidRPr="001013D3" w:rsidRDefault="00BF18E0">
      <w:pPr>
        <w:jc w:val="both"/>
        <w:rPr>
          <w:lang w:val="ru-RU"/>
        </w:rPr>
      </w:pPr>
      <w:r w:rsidRPr="001013D3">
        <w:rPr>
          <w:lang w:val="ru-RU"/>
        </w:rPr>
        <w:t>2.1.8. Не принимать</w:t>
      </w:r>
      <w:r w:rsidRPr="001013D3">
        <w:rPr>
          <w:lang w:val="ru-RU"/>
        </w:rPr>
        <w:t xml:space="preserve"> в группу Воспитанника с признаками ОРЗ, ОРВИ, инфекционного заболевания без справки от врача.</w:t>
      </w:r>
    </w:p>
    <w:p w14:paraId="0178046D" w14:textId="77777777" w:rsidR="00365CB7" w:rsidRPr="001013D3" w:rsidRDefault="00BF18E0">
      <w:pPr>
        <w:jc w:val="both"/>
        <w:rPr>
          <w:lang w:val="ru-RU"/>
        </w:rPr>
      </w:pPr>
      <w:r w:rsidRPr="001013D3">
        <w:rPr>
          <w:lang w:val="ru-RU"/>
        </w:rPr>
        <w:t>2.1.9. В случае возникновения у Воспитанника признаков заболевания, травмы или иного изменения состояния здоровья, создающего угрозу для жизни и здоровья ребенка</w:t>
      </w:r>
      <w:r w:rsidRPr="001013D3">
        <w:rPr>
          <w:lang w:val="ru-RU"/>
        </w:rPr>
        <w:t>, вызвать Заказчика по телефонам, указанным в разделе 11 Договора, а также вызвать «Скорую помощь» и передать ребенка врачам.</w:t>
      </w:r>
    </w:p>
    <w:p w14:paraId="744E8876" w14:textId="77777777" w:rsidR="00365CB7" w:rsidRPr="001013D3" w:rsidRDefault="00BF18E0">
      <w:pPr>
        <w:jc w:val="both"/>
        <w:rPr>
          <w:lang w:val="ru-RU"/>
        </w:rPr>
      </w:pPr>
      <w:r w:rsidRPr="001013D3">
        <w:rPr>
          <w:lang w:val="ru-RU"/>
        </w:rPr>
        <w:t>2.1.10. Проводить фото- и видеосъемку Воспитанников для оформления альбомов, стендов, размещения на сайте и в официальных ресурсах</w:t>
      </w:r>
      <w:r w:rsidRPr="001013D3">
        <w:rPr>
          <w:lang w:val="ru-RU"/>
        </w:rPr>
        <w:t xml:space="preserve"> Исполнителя — в объёме согласия, предоставленного Заказчиком в Приложении №2 к Договору.</w:t>
      </w:r>
    </w:p>
    <w:p w14:paraId="03D5FFEC" w14:textId="77777777" w:rsidR="00365CB7" w:rsidRPr="001013D3" w:rsidRDefault="00BF18E0">
      <w:pPr>
        <w:jc w:val="both"/>
        <w:rPr>
          <w:lang w:val="ru-RU"/>
        </w:rPr>
      </w:pPr>
      <w:r w:rsidRPr="001013D3">
        <w:rPr>
          <w:lang w:val="ru-RU"/>
        </w:rPr>
        <w:t>2.1.11. Расторгнуть Договор досрочно в одностороннем внесудебном порядке в соответствии с п. 7.5 Договора в случае невозможности надлежащего исполнения Исполнителем о</w:t>
      </w:r>
      <w:r w:rsidRPr="001013D3">
        <w:rPr>
          <w:lang w:val="ru-RU"/>
        </w:rPr>
        <w:t>бязательств по оказанию платных образовательных услуг вследствие действий (бездействия) Заказчика, уведомив Заказчика об этом за 14 (четырнадцать) календарных дней до даты расторжения Договора.</w:t>
      </w:r>
    </w:p>
    <w:p w14:paraId="43C7B2B6" w14:textId="77777777" w:rsidR="00365CB7" w:rsidRPr="001013D3" w:rsidRDefault="00BF18E0">
      <w:pPr>
        <w:jc w:val="both"/>
        <w:rPr>
          <w:lang w:val="ru-RU"/>
        </w:rPr>
      </w:pPr>
      <w:r w:rsidRPr="001013D3">
        <w:rPr>
          <w:lang w:val="ru-RU"/>
        </w:rPr>
        <w:t>2.1.12. Расторгнуть настоящий Договор досрочно в одностороннем</w:t>
      </w:r>
      <w:r w:rsidRPr="001013D3">
        <w:rPr>
          <w:lang w:val="ru-RU"/>
        </w:rPr>
        <w:t xml:space="preserve"> внесудебном порядке в случае неоплаты, неполной или несвоевременной оплаты Заказчиком услуг Исполнителя, в том числе однократной, уведомив Заказчика о предстоящем расторжении за 14 (четырнадцать) календарных дней до даты расторжения Договора. При этом Зак</w:t>
      </w:r>
      <w:r w:rsidRPr="001013D3">
        <w:rPr>
          <w:lang w:val="ru-RU"/>
        </w:rPr>
        <w:t>азчик обязан в полном объеме оплатить стоимость оказанных до момента расторжения Договора услуг, а также возместить Исполнителю фактически понесенные им расходы.</w:t>
      </w:r>
    </w:p>
    <w:p w14:paraId="5F1FCFE0" w14:textId="77777777" w:rsidR="00365CB7" w:rsidRPr="001013D3" w:rsidRDefault="00BF18E0">
      <w:pPr>
        <w:jc w:val="both"/>
        <w:rPr>
          <w:lang w:val="ru-RU"/>
        </w:rPr>
      </w:pPr>
      <w:r w:rsidRPr="001013D3">
        <w:rPr>
          <w:lang w:val="ru-RU"/>
        </w:rPr>
        <w:t>2.1.13. В случае просрочки Заказчиком оплаты услуг по Договору более чем на 5 (пять) календарн</w:t>
      </w:r>
      <w:r w:rsidRPr="001013D3">
        <w:rPr>
          <w:lang w:val="ru-RU"/>
        </w:rPr>
        <w:t>ых дней Исполнитель вправе в соответствии со статьей 328 Гражданского кодекса Российской Федерации приостановить встречное исполнение — оказание услуг по Договору — до момента полного погашения задолженности. Приостановление оказания услуг влечёт временное</w:t>
      </w:r>
      <w:r w:rsidRPr="001013D3">
        <w:rPr>
          <w:lang w:val="ru-RU"/>
        </w:rPr>
        <w:t xml:space="preserve"> прекращение приёма Воспитанника в образовательную организацию.</w:t>
      </w:r>
    </w:p>
    <w:p w14:paraId="6276A375" w14:textId="77777777" w:rsidR="00365CB7" w:rsidRPr="001013D3" w:rsidRDefault="00BF18E0">
      <w:pPr>
        <w:jc w:val="both"/>
        <w:rPr>
          <w:lang w:val="ru-RU"/>
        </w:rPr>
      </w:pPr>
      <w:r w:rsidRPr="001013D3">
        <w:rPr>
          <w:lang w:val="ru-RU"/>
        </w:rPr>
        <w:t>Уведомление о приостановлении оказания услуг направляется Исполнителем Заказчику не позднее дня, предшествующего дате приостановления, любым доступным способом, в том числе по адресу электронн</w:t>
      </w:r>
      <w:r w:rsidRPr="001013D3">
        <w:rPr>
          <w:lang w:val="ru-RU"/>
        </w:rPr>
        <w:t xml:space="preserve">ой почты, указанному в разделе 11 Договора, посредством СМС-сообщения или </w:t>
      </w:r>
      <w:proofErr w:type="spellStart"/>
      <w:r w:rsidRPr="001013D3">
        <w:rPr>
          <w:lang w:val="ru-RU"/>
        </w:rPr>
        <w:t>мессенджера</w:t>
      </w:r>
      <w:proofErr w:type="spellEnd"/>
      <w:r w:rsidRPr="001013D3">
        <w:rPr>
          <w:lang w:val="ru-RU"/>
        </w:rPr>
        <w:t>.</w:t>
      </w:r>
    </w:p>
    <w:p w14:paraId="7C69AC99" w14:textId="77777777" w:rsidR="00365CB7" w:rsidRPr="001013D3" w:rsidRDefault="00BF18E0">
      <w:pPr>
        <w:jc w:val="both"/>
        <w:rPr>
          <w:lang w:val="ru-RU"/>
        </w:rPr>
      </w:pPr>
      <w:r w:rsidRPr="001013D3">
        <w:rPr>
          <w:lang w:val="ru-RU"/>
        </w:rPr>
        <w:t>За период приостановления оказания услуг, вызванного просрочкой оплаты, плата за присмотр и уход и плата за дошкольные образовательные услуги начисляются в полном объёме</w:t>
      </w:r>
      <w:r w:rsidRPr="001013D3">
        <w:rPr>
          <w:lang w:val="ru-RU"/>
        </w:rPr>
        <w:t>, перерасчёт по основаниям п. 3.3 Договора не производится, место за Воспитанником сохраняется. Оказание услуг возобновляется со следующего рабочего дня после поступления денежных средств на расчётный счёт Исполнителя в полном объёме.</w:t>
      </w:r>
    </w:p>
    <w:p w14:paraId="7D0F5567" w14:textId="77777777" w:rsidR="00365CB7" w:rsidRPr="001013D3" w:rsidRDefault="00BF18E0">
      <w:pPr>
        <w:jc w:val="both"/>
        <w:rPr>
          <w:lang w:val="ru-RU"/>
        </w:rPr>
      </w:pPr>
      <w:r w:rsidRPr="001013D3">
        <w:rPr>
          <w:lang w:val="ru-RU"/>
        </w:rPr>
        <w:lastRenderedPageBreak/>
        <w:t>Приостановление оказа</w:t>
      </w:r>
      <w:r w:rsidRPr="001013D3">
        <w:rPr>
          <w:lang w:val="ru-RU"/>
        </w:rPr>
        <w:t>ния услуг не является отчислением Воспитанника, не прекращает действие Договора и не лишает Исполнителя права расторгнуть Договор по основанию, предусмотренному п. 2.1.12 Договора.</w:t>
      </w:r>
    </w:p>
    <w:p w14:paraId="504C38F1" w14:textId="77777777" w:rsidR="00365CB7" w:rsidRPr="001013D3" w:rsidRDefault="00BF18E0">
      <w:pPr>
        <w:jc w:val="both"/>
        <w:rPr>
          <w:lang w:val="ru-RU"/>
        </w:rPr>
      </w:pPr>
      <w:r w:rsidRPr="001013D3">
        <w:rPr>
          <w:lang w:val="ru-RU"/>
        </w:rPr>
        <w:t>2.1.14. Создать дошкольные группы, в том числе разновозрастные группы (от 1</w:t>
      </w:r>
      <w:r w:rsidRPr="001013D3">
        <w:rPr>
          <w:lang w:val="ru-RU"/>
        </w:rPr>
        <w:t>0 человек) в нерабочие дни, в случаях установления федеральными органами государственной власти или исполнительными органами власти нерабочих дней и возникновения у Заказчика потребности в посещении Воспитанником образовательной организации в указанные нер</w:t>
      </w:r>
      <w:r w:rsidRPr="001013D3">
        <w:rPr>
          <w:lang w:val="ru-RU"/>
        </w:rPr>
        <w:t xml:space="preserve">абочие дни, оплата за которые будет осуществляться в двойном размере, в связи с </w:t>
      </w:r>
      <w:proofErr w:type="spellStart"/>
      <w:r w:rsidRPr="001013D3">
        <w:rPr>
          <w:lang w:val="ru-RU"/>
        </w:rPr>
        <w:t>приравнением</w:t>
      </w:r>
      <w:proofErr w:type="spellEnd"/>
      <w:r w:rsidRPr="001013D3">
        <w:rPr>
          <w:lang w:val="ru-RU"/>
        </w:rPr>
        <w:t xml:space="preserve"> их к нерабочим праздничным дням, предусмотренным Трудовым Кодексом РФ, а также нормативно-правовыми актами органов государственной власти.</w:t>
      </w:r>
    </w:p>
    <w:p w14:paraId="17315E61" w14:textId="77777777" w:rsidR="00365CB7" w:rsidRPr="001013D3" w:rsidRDefault="00BF18E0">
      <w:pPr>
        <w:jc w:val="both"/>
        <w:rPr>
          <w:lang w:val="ru-RU"/>
        </w:rPr>
      </w:pPr>
      <w:r w:rsidRPr="001013D3">
        <w:rPr>
          <w:lang w:val="ru-RU"/>
        </w:rPr>
        <w:t>2.1.15. При возникновени</w:t>
      </w:r>
      <w:r w:rsidRPr="001013D3">
        <w:rPr>
          <w:lang w:val="ru-RU"/>
        </w:rPr>
        <w:t>и основания для разобщения, предусмотренного п. 2.4.10 Договора, Исполнитель самостоятельно определяет способ его обеспечения из числа следующих:</w:t>
      </w:r>
    </w:p>
    <w:p w14:paraId="5BFE6722" w14:textId="77777777" w:rsidR="00365CB7" w:rsidRPr="001013D3" w:rsidRDefault="00BF18E0">
      <w:pPr>
        <w:ind w:left="425"/>
        <w:jc w:val="both"/>
        <w:rPr>
          <w:lang w:val="ru-RU"/>
        </w:rPr>
      </w:pPr>
      <w:r w:rsidRPr="001013D3">
        <w:rPr>
          <w:lang w:val="ru-RU"/>
        </w:rPr>
        <w:t>— перевод Воспитанника, подлежащего разобщению, на срок разобщения в другую группу, в которой в течение послед</w:t>
      </w:r>
      <w:r w:rsidRPr="001013D3">
        <w:rPr>
          <w:lang w:val="ru-RU"/>
        </w:rPr>
        <w:t>них 60 (шестидесяти) календарных дней вакцинация ОПВ не проводилась;</w:t>
      </w:r>
    </w:p>
    <w:p w14:paraId="49C77086" w14:textId="77777777" w:rsidR="00365CB7" w:rsidRPr="001013D3" w:rsidRDefault="00BF18E0">
      <w:pPr>
        <w:ind w:left="425"/>
        <w:jc w:val="both"/>
        <w:rPr>
          <w:lang w:val="ru-RU"/>
        </w:rPr>
      </w:pPr>
      <w:r w:rsidRPr="001013D3">
        <w:rPr>
          <w:lang w:val="ru-RU"/>
        </w:rPr>
        <w:t>— временное приостановление посещения Воспитанником образовательной организации на срок разобщения — при отсутствии у Исполнителя группы, отвечающей условиям разобщения.</w:t>
      </w:r>
    </w:p>
    <w:p w14:paraId="0334911C" w14:textId="77777777" w:rsidR="00365CB7" w:rsidRPr="001013D3" w:rsidRDefault="00BF18E0">
      <w:pPr>
        <w:jc w:val="both"/>
        <w:rPr>
          <w:lang w:val="ru-RU"/>
        </w:rPr>
      </w:pPr>
      <w:r w:rsidRPr="001013D3">
        <w:rPr>
          <w:lang w:val="ru-RU"/>
        </w:rPr>
        <w:t xml:space="preserve">Выбор способа </w:t>
      </w:r>
      <w:r w:rsidRPr="001013D3">
        <w:rPr>
          <w:lang w:val="ru-RU"/>
        </w:rPr>
        <w:t>осуществляется Исполнителем исходя из фактической комплектации групп и не требует согласия Заказчика. Исполнитель уведомляет Заказчика о разобщении, избранном способе и сроке разобщения не позднее дня, предшествующего дате его начала.</w:t>
      </w:r>
    </w:p>
    <w:p w14:paraId="12AF9D24" w14:textId="77777777" w:rsidR="00365CB7" w:rsidRPr="001013D3" w:rsidRDefault="00BF18E0">
      <w:pPr>
        <w:jc w:val="both"/>
        <w:rPr>
          <w:lang w:val="ru-RU"/>
        </w:rPr>
      </w:pPr>
      <w:r w:rsidRPr="001013D3">
        <w:rPr>
          <w:lang w:val="ru-RU"/>
        </w:rPr>
        <w:t xml:space="preserve">За период временного </w:t>
      </w:r>
      <w:r w:rsidRPr="001013D3">
        <w:rPr>
          <w:lang w:val="ru-RU"/>
        </w:rPr>
        <w:t>приостановления посещения по основанию, предусмотренному настоящим пунктом, место за Воспитанником сохраняется, плата за дошкольные образовательные услуги начисляется в полном объёме, плата за присмотр и уход подлежит перерасчёту в порядке п. 3.3 Договора.</w:t>
      </w:r>
    </w:p>
    <w:p w14:paraId="762C29DF" w14:textId="77777777" w:rsidR="00365CB7" w:rsidRPr="001013D3" w:rsidRDefault="00BF18E0">
      <w:pPr>
        <w:jc w:val="both"/>
        <w:rPr>
          <w:lang w:val="ru-RU"/>
        </w:rPr>
      </w:pPr>
      <w:r w:rsidRPr="001013D3">
        <w:rPr>
          <w:lang w:val="ru-RU"/>
        </w:rPr>
        <w:t>Разобщение, предусмотренное настоящим пунктом, является исполнением требований санитарного законодательства, не является отказом Исполнителя от исполнения Договора и не влечёт ответственности Исполнителя. Заказчик вправе прекратить разобщение досрочно, пр</w:t>
      </w:r>
      <w:r w:rsidRPr="001013D3">
        <w:rPr>
          <w:lang w:val="ru-RU"/>
        </w:rPr>
        <w:t>едоставив Исполнителю документы, подтверждающие получение Воспитанником 3 (трёх) и более доз полиомиелитной вакцины.</w:t>
      </w:r>
    </w:p>
    <w:p w14:paraId="174F3EE9" w14:textId="77777777" w:rsidR="00365CB7" w:rsidRPr="001013D3" w:rsidRDefault="00BF18E0">
      <w:pPr>
        <w:spacing w:before="120"/>
        <w:rPr>
          <w:lang w:val="ru-RU"/>
        </w:rPr>
      </w:pPr>
      <w:r w:rsidRPr="001013D3">
        <w:rPr>
          <w:b/>
          <w:lang w:val="ru-RU"/>
        </w:rPr>
        <w:t>2.2. Заказчик вправе:</w:t>
      </w:r>
    </w:p>
    <w:p w14:paraId="562D1D87" w14:textId="77777777" w:rsidR="00365CB7" w:rsidRPr="001013D3" w:rsidRDefault="00BF18E0">
      <w:pPr>
        <w:jc w:val="both"/>
        <w:rPr>
          <w:lang w:val="ru-RU"/>
        </w:rPr>
      </w:pPr>
      <w:r w:rsidRPr="001013D3">
        <w:rPr>
          <w:lang w:val="ru-RU"/>
        </w:rPr>
        <w:t>2.2.1. Участвовать в образовательной деятельности Исполнителя, в том числе в формировании образовательной программы.</w:t>
      </w:r>
    </w:p>
    <w:p w14:paraId="1BD29651" w14:textId="77777777" w:rsidR="00365CB7" w:rsidRPr="001013D3" w:rsidRDefault="00BF18E0">
      <w:pPr>
        <w:jc w:val="both"/>
        <w:rPr>
          <w:lang w:val="ru-RU"/>
        </w:rPr>
      </w:pPr>
      <w:r w:rsidRPr="001013D3">
        <w:rPr>
          <w:lang w:val="ru-RU"/>
        </w:rPr>
        <w:t>2.2.2. Получать от Исполнителя информацию: по вопросам организации и обеспечения надлежащего исполнения услуг, предусмотренных разделом 1 Договора; о поведении, эмоциональном состоянии Воспитанника во время его пребывания в образовательной организации, его</w:t>
      </w:r>
      <w:r w:rsidRPr="001013D3">
        <w:rPr>
          <w:lang w:val="ru-RU"/>
        </w:rPr>
        <w:t xml:space="preserve"> развитии и способностях, отношении к образовательной деятельности.</w:t>
      </w:r>
    </w:p>
    <w:p w14:paraId="78DD65D5" w14:textId="77777777" w:rsidR="00365CB7" w:rsidRPr="001013D3" w:rsidRDefault="00BF18E0">
      <w:pPr>
        <w:jc w:val="both"/>
        <w:rPr>
          <w:lang w:val="ru-RU"/>
        </w:rPr>
      </w:pPr>
      <w:r w:rsidRPr="001013D3">
        <w:rPr>
          <w:lang w:val="ru-RU"/>
        </w:rPr>
        <w:t>2.2.3. Знакомиться с Уставом Исполнителя, лицензией на осуществление образовательной деятельности, с образовательными программами и другими документами, регламентирующими организацию и осу</w:t>
      </w:r>
      <w:r w:rsidRPr="001013D3">
        <w:rPr>
          <w:lang w:val="ru-RU"/>
        </w:rPr>
        <w:t>ществление образовательной деятельности, права и обязанности Воспитанника и Заказчика.</w:t>
      </w:r>
    </w:p>
    <w:p w14:paraId="6098965C" w14:textId="77777777" w:rsidR="00365CB7" w:rsidRPr="001013D3" w:rsidRDefault="00BF18E0">
      <w:pPr>
        <w:jc w:val="both"/>
        <w:rPr>
          <w:lang w:val="ru-RU"/>
        </w:rPr>
      </w:pPr>
      <w:r w:rsidRPr="001013D3">
        <w:rPr>
          <w:lang w:val="ru-RU"/>
        </w:rPr>
        <w:t>2.2.4. Выбирать виды дополнительных образовательных услуг, оказываемых Исполнителем Воспитаннику на возмездной основе за рамками образовательных услуг, предусмотренных р</w:t>
      </w:r>
      <w:r w:rsidRPr="001013D3">
        <w:rPr>
          <w:lang w:val="ru-RU"/>
        </w:rPr>
        <w:t>азделом 1 Договора.</w:t>
      </w:r>
    </w:p>
    <w:p w14:paraId="58CD3C89" w14:textId="77777777" w:rsidR="00365CB7" w:rsidRPr="001013D3" w:rsidRDefault="00BF18E0">
      <w:pPr>
        <w:jc w:val="both"/>
        <w:rPr>
          <w:lang w:val="ru-RU"/>
        </w:rPr>
      </w:pPr>
      <w:r w:rsidRPr="001013D3">
        <w:rPr>
          <w:lang w:val="ru-RU"/>
        </w:rPr>
        <w:t>2.2.5. Принимать участие в организации и проведении совместных мероприятий с детьми в образовательной организации (утренники, развлечения, физкультурные праздники, досуги, дни здоровья и др.).</w:t>
      </w:r>
    </w:p>
    <w:p w14:paraId="549829F0" w14:textId="77777777" w:rsidR="00365CB7" w:rsidRPr="001013D3" w:rsidRDefault="00BF18E0">
      <w:pPr>
        <w:jc w:val="both"/>
        <w:rPr>
          <w:lang w:val="ru-RU"/>
        </w:rPr>
      </w:pPr>
      <w:r w:rsidRPr="001013D3">
        <w:rPr>
          <w:lang w:val="ru-RU"/>
        </w:rPr>
        <w:t>2.2.6. Создавать (принимать участие в деяте</w:t>
      </w:r>
      <w:r w:rsidRPr="001013D3">
        <w:rPr>
          <w:lang w:val="ru-RU"/>
        </w:rPr>
        <w:t>льности) коллегиальных органов управления, предусмотренных Уставом Исполнителя.</w:t>
      </w:r>
    </w:p>
    <w:p w14:paraId="6C8DB1AE" w14:textId="77777777" w:rsidR="00365CB7" w:rsidRPr="001013D3" w:rsidRDefault="00BF18E0">
      <w:pPr>
        <w:jc w:val="both"/>
        <w:rPr>
          <w:lang w:val="ru-RU"/>
        </w:rPr>
      </w:pPr>
      <w:r w:rsidRPr="001013D3">
        <w:rPr>
          <w:lang w:val="ru-RU"/>
        </w:rPr>
        <w:t xml:space="preserve">2.2.7. Отказаться от исполнения настоящего Договора в одностороннем внесудебном порядке, письменно уведомив об этом Исполнителя в порядке, предусмотренном разделом 9 Договора, </w:t>
      </w:r>
      <w:r w:rsidRPr="001013D3">
        <w:rPr>
          <w:lang w:val="ru-RU"/>
        </w:rPr>
        <w:t>за 14 (четырнадцать) календарных дней до даты такого отказа.</w:t>
      </w:r>
    </w:p>
    <w:p w14:paraId="12E643B8" w14:textId="77777777" w:rsidR="00365CB7" w:rsidRPr="001013D3" w:rsidRDefault="00BF18E0">
      <w:pPr>
        <w:jc w:val="both"/>
        <w:rPr>
          <w:lang w:val="ru-RU"/>
        </w:rPr>
      </w:pPr>
      <w:r w:rsidRPr="001013D3">
        <w:rPr>
          <w:lang w:val="ru-RU"/>
        </w:rPr>
        <w:t>2.2.8. По желанию вносить установленную плату авансом за несколько месяцев или за 1 год вперёд.</w:t>
      </w:r>
    </w:p>
    <w:p w14:paraId="26C0A5B7" w14:textId="77777777" w:rsidR="00365CB7" w:rsidRPr="001013D3" w:rsidRDefault="00BF18E0">
      <w:pPr>
        <w:jc w:val="both"/>
        <w:rPr>
          <w:lang w:val="ru-RU"/>
        </w:rPr>
      </w:pPr>
      <w:r w:rsidRPr="001013D3">
        <w:rPr>
          <w:lang w:val="ru-RU"/>
        </w:rPr>
        <w:t>2.2.9. Оказывать Исполнителю материальную помощь (в виде целевых, благотворительных, спонсорских вз</w:t>
      </w:r>
      <w:r w:rsidRPr="001013D3">
        <w:rPr>
          <w:lang w:val="ru-RU"/>
        </w:rPr>
        <w:t>носов и пожертвований) на развитие уставной деятельности Исполнителя и его образовательных структурных подразделений.</w:t>
      </w:r>
    </w:p>
    <w:p w14:paraId="47A215FA" w14:textId="77777777" w:rsidR="00365CB7" w:rsidRPr="001013D3" w:rsidRDefault="00BF18E0">
      <w:pPr>
        <w:spacing w:before="120"/>
        <w:rPr>
          <w:lang w:val="ru-RU"/>
        </w:rPr>
      </w:pPr>
      <w:r w:rsidRPr="001013D3">
        <w:rPr>
          <w:b/>
          <w:lang w:val="ru-RU"/>
        </w:rPr>
        <w:t>2.3. Исполнитель обязан:</w:t>
      </w:r>
    </w:p>
    <w:p w14:paraId="3031F003" w14:textId="77777777" w:rsidR="00365CB7" w:rsidRPr="001013D3" w:rsidRDefault="00BF18E0">
      <w:pPr>
        <w:jc w:val="both"/>
        <w:rPr>
          <w:lang w:val="ru-RU"/>
        </w:rPr>
      </w:pPr>
      <w:r w:rsidRPr="001013D3">
        <w:rPr>
          <w:lang w:val="ru-RU"/>
        </w:rPr>
        <w:lastRenderedPageBreak/>
        <w:t>2.3.1. Обеспечить Заказчику доступ к информации для ознакомления с Уставом Исполнителя, с лицензией на осуществле</w:t>
      </w:r>
      <w:r w:rsidRPr="001013D3">
        <w:rPr>
          <w:lang w:val="ru-RU"/>
        </w:rPr>
        <w:t>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 и Заказчика.</w:t>
      </w:r>
    </w:p>
    <w:p w14:paraId="06D174EA" w14:textId="77777777" w:rsidR="00365CB7" w:rsidRPr="001013D3" w:rsidRDefault="00BF18E0">
      <w:pPr>
        <w:jc w:val="both"/>
        <w:rPr>
          <w:lang w:val="ru-RU"/>
        </w:rPr>
      </w:pPr>
      <w:r w:rsidRPr="001013D3">
        <w:rPr>
          <w:lang w:val="ru-RU"/>
        </w:rPr>
        <w:t>2.3.2. Организовать и обеспечивать надлежащее</w:t>
      </w:r>
      <w:r w:rsidRPr="001013D3">
        <w:rPr>
          <w:lang w:val="ru-RU"/>
        </w:rPr>
        <w:t xml:space="preserve"> предоставление услуг, предусмотренных разделом 1 Договора, в полном объеме в соответствии с федеральным государственным образовательным стандартом, образовательной программой (частью образовательной программы), ФОП ДО и условиями Договора.</w:t>
      </w:r>
    </w:p>
    <w:p w14:paraId="2C7EF5F9" w14:textId="77777777" w:rsidR="00365CB7" w:rsidRPr="001013D3" w:rsidRDefault="00BF18E0">
      <w:pPr>
        <w:jc w:val="both"/>
        <w:rPr>
          <w:lang w:val="ru-RU"/>
        </w:rPr>
      </w:pPr>
      <w:r w:rsidRPr="001013D3">
        <w:rPr>
          <w:lang w:val="ru-RU"/>
        </w:rPr>
        <w:t>2.3.3. Соблюдат</w:t>
      </w:r>
      <w:r w:rsidRPr="001013D3">
        <w:rPr>
          <w:lang w:val="ru-RU"/>
        </w:rPr>
        <w:t>ь права и свободы Воспитанника и Заказчика.</w:t>
      </w:r>
    </w:p>
    <w:p w14:paraId="1DAF1771" w14:textId="77777777" w:rsidR="00365CB7" w:rsidRPr="001013D3" w:rsidRDefault="00BF18E0">
      <w:pPr>
        <w:jc w:val="both"/>
        <w:rPr>
          <w:lang w:val="ru-RU"/>
        </w:rPr>
      </w:pPr>
      <w:r w:rsidRPr="001013D3">
        <w:rPr>
          <w:lang w:val="ru-RU"/>
        </w:rPr>
        <w:t>2.3.4. Довести до Заказчика информацию, содержащую сведения о предоставлении дополнительных платных образовательных услуг в порядке и объеме, которые предусмотрены Законом Российской Федерации от 7 февраля 1992 г</w:t>
      </w:r>
      <w:r w:rsidRPr="001013D3">
        <w:rPr>
          <w:lang w:val="ru-RU"/>
        </w:rPr>
        <w:t>. № 2300-1 «О защите прав потребителей» и Федеральным законом от 29 декабря 2012 г. № 273-ФЗ «Об образовании в Российской Федерации».</w:t>
      </w:r>
    </w:p>
    <w:p w14:paraId="6123168D" w14:textId="77777777" w:rsidR="00365CB7" w:rsidRPr="001013D3" w:rsidRDefault="00BF18E0">
      <w:pPr>
        <w:jc w:val="both"/>
        <w:rPr>
          <w:lang w:val="ru-RU"/>
        </w:rPr>
      </w:pPr>
      <w:r w:rsidRPr="001013D3">
        <w:rPr>
          <w:lang w:val="ru-RU"/>
        </w:rPr>
        <w:t>2.3.5. Обеспечивать охрану жизни и укрепление физического и психического здоровья Воспитанника, его интеллектуальное, физи</w:t>
      </w:r>
      <w:r w:rsidRPr="001013D3">
        <w:rPr>
          <w:lang w:val="ru-RU"/>
        </w:rPr>
        <w:t>ческое и личностное развитие, развитие его творческих способностей и интересов.</w:t>
      </w:r>
    </w:p>
    <w:p w14:paraId="1A250A86" w14:textId="77777777" w:rsidR="00365CB7" w:rsidRPr="001013D3" w:rsidRDefault="00BF18E0">
      <w:pPr>
        <w:jc w:val="both"/>
        <w:rPr>
          <w:lang w:val="ru-RU"/>
        </w:rPr>
      </w:pPr>
      <w:r w:rsidRPr="001013D3">
        <w:rPr>
          <w:lang w:val="ru-RU"/>
        </w:rPr>
        <w:t>2.3.6. При оказании услуг, предусмотренных Договором, учитывать индивидуальные потребности Воспитанника, связанные с его жизненной ситуацией и состоянием здоровья, определяющие</w:t>
      </w:r>
      <w:r w:rsidRPr="001013D3">
        <w:rPr>
          <w:lang w:val="ru-RU"/>
        </w:rPr>
        <w:t xml:space="preserve"> особые условия получения им образования, возможности освоения Воспитанником образовательной программы на разных этапах её реализации.</w:t>
      </w:r>
    </w:p>
    <w:p w14:paraId="1A116E5B" w14:textId="77777777" w:rsidR="00365CB7" w:rsidRPr="001013D3" w:rsidRDefault="00BF18E0">
      <w:pPr>
        <w:jc w:val="both"/>
        <w:rPr>
          <w:lang w:val="ru-RU"/>
        </w:rPr>
      </w:pPr>
      <w:r w:rsidRPr="001013D3">
        <w:rPr>
          <w:lang w:val="ru-RU"/>
        </w:rPr>
        <w:t>2.3.7. При оказании услуг, предусмотренных Договором, проявлять уважение к личности Воспитанника, оберегать его от всех ф</w:t>
      </w:r>
      <w:r w:rsidRPr="001013D3">
        <w:rPr>
          <w:lang w:val="ru-RU"/>
        </w:rPr>
        <w:t>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Воспитанника с учетом его индивидуальных особенностей.</w:t>
      </w:r>
    </w:p>
    <w:p w14:paraId="29C34AF6" w14:textId="77777777" w:rsidR="00365CB7" w:rsidRPr="001013D3" w:rsidRDefault="00BF18E0">
      <w:pPr>
        <w:jc w:val="both"/>
        <w:rPr>
          <w:lang w:val="ru-RU"/>
        </w:rPr>
      </w:pPr>
      <w:r w:rsidRPr="001013D3">
        <w:rPr>
          <w:lang w:val="ru-RU"/>
        </w:rPr>
        <w:t>2.3.8. Создавать безопасные условия обучени</w:t>
      </w:r>
      <w:r w:rsidRPr="001013D3">
        <w:rPr>
          <w:lang w:val="ru-RU"/>
        </w:rPr>
        <w:t>я, воспитания, присмотра и ухода за Воспитанником в образовательной организации в соответствии с установленными нормами, обеспечивающими его жизнь и здоровье.</w:t>
      </w:r>
    </w:p>
    <w:p w14:paraId="441F9828" w14:textId="77777777" w:rsidR="00365CB7" w:rsidRPr="001013D3" w:rsidRDefault="00BF18E0">
      <w:pPr>
        <w:jc w:val="both"/>
        <w:rPr>
          <w:lang w:val="ru-RU"/>
        </w:rPr>
      </w:pPr>
      <w:r w:rsidRPr="001013D3">
        <w:rPr>
          <w:lang w:val="ru-RU"/>
        </w:rPr>
        <w:t>2.3.9. Обучать Воспитанника по образовательной программе, предусмотренной пунктом 1.3 Договора.</w:t>
      </w:r>
    </w:p>
    <w:p w14:paraId="0B1D19BD" w14:textId="77777777" w:rsidR="00365CB7" w:rsidRPr="001013D3" w:rsidRDefault="00BF18E0">
      <w:pPr>
        <w:jc w:val="both"/>
        <w:rPr>
          <w:lang w:val="ru-RU"/>
        </w:rPr>
      </w:pPr>
      <w:r w:rsidRPr="001013D3">
        <w:rPr>
          <w:lang w:val="ru-RU"/>
        </w:rPr>
        <w:t>2</w:t>
      </w:r>
      <w:r w:rsidRPr="001013D3">
        <w:rPr>
          <w:lang w:val="ru-RU"/>
        </w:rPr>
        <w:t>.3.10. Обеспечить реализацию образовательной программы средствами обучения и воспитания, необходимыми для организации учебной деятельности и создания развивающей предметно-пространственной среды.</w:t>
      </w:r>
    </w:p>
    <w:p w14:paraId="76712E04" w14:textId="77777777" w:rsidR="00365CB7" w:rsidRPr="001013D3" w:rsidRDefault="00BF18E0">
      <w:pPr>
        <w:jc w:val="both"/>
        <w:rPr>
          <w:lang w:val="ru-RU"/>
        </w:rPr>
      </w:pPr>
      <w:r w:rsidRPr="001013D3">
        <w:rPr>
          <w:lang w:val="ru-RU"/>
        </w:rPr>
        <w:t>2.3.11. Обеспечить Воспитанника пятиразовым сбалансированным</w:t>
      </w:r>
      <w:r w:rsidRPr="001013D3">
        <w:rPr>
          <w:lang w:val="ru-RU"/>
        </w:rPr>
        <w:t xml:space="preserve"> питанием, необходимым для его роста и развития: завтрак, второй завтрак, обед, полдник, ужин, согласно режиму дня группы, в соответствии с требованиями санитарно-эпидемиологических правил и нормативов для дошкольных учреждений. Ежедневно информировать Зак</w:t>
      </w:r>
      <w:r w:rsidRPr="001013D3">
        <w:rPr>
          <w:lang w:val="ru-RU"/>
        </w:rPr>
        <w:t>азчика о меню с указанием наименований блюд, объема порций.</w:t>
      </w:r>
    </w:p>
    <w:p w14:paraId="6EFF3ECB" w14:textId="77777777" w:rsidR="00365CB7" w:rsidRPr="001013D3" w:rsidRDefault="00BF18E0">
      <w:pPr>
        <w:jc w:val="both"/>
        <w:rPr>
          <w:lang w:val="ru-RU"/>
        </w:rPr>
      </w:pPr>
      <w:r w:rsidRPr="001013D3">
        <w:rPr>
          <w:lang w:val="ru-RU"/>
        </w:rPr>
        <w:t>2.3.12. Уведомить Заказчика за 14 (четырнадцать) календарных дней о нецелесообразности оказания Воспитаннику образовательной услуги в объеме, предусмотренном разделом 1 Договора, вследствие его ин</w:t>
      </w:r>
      <w:r w:rsidRPr="001013D3">
        <w:rPr>
          <w:lang w:val="ru-RU"/>
        </w:rPr>
        <w:t>дивидуальных особенностей, делающих невозможным или педагогически нецелесообразным оказание данной услуги.</w:t>
      </w:r>
    </w:p>
    <w:p w14:paraId="5118EECD" w14:textId="77777777" w:rsidR="00365CB7" w:rsidRPr="001013D3" w:rsidRDefault="00BF18E0">
      <w:pPr>
        <w:jc w:val="both"/>
        <w:rPr>
          <w:lang w:val="ru-RU"/>
        </w:rPr>
      </w:pPr>
      <w:r w:rsidRPr="001013D3">
        <w:rPr>
          <w:lang w:val="ru-RU"/>
        </w:rPr>
        <w:t xml:space="preserve">2.3.13. Обеспечить соблюдение требований Федерального закона от 27 июля 2006 г. № 152-ФЗ «О персональных данных» в части сбора, хранения и обработки </w:t>
      </w:r>
      <w:r w:rsidRPr="001013D3">
        <w:rPr>
          <w:lang w:val="ru-RU"/>
        </w:rPr>
        <w:t>персональных данных Заказчика и Воспитанника.</w:t>
      </w:r>
    </w:p>
    <w:p w14:paraId="448E0E75" w14:textId="77777777" w:rsidR="00365CB7" w:rsidRPr="001013D3" w:rsidRDefault="00BF18E0">
      <w:pPr>
        <w:jc w:val="both"/>
        <w:rPr>
          <w:lang w:val="ru-RU"/>
        </w:rPr>
      </w:pPr>
      <w:r w:rsidRPr="001013D3">
        <w:rPr>
          <w:lang w:val="ru-RU"/>
        </w:rPr>
        <w:t>2.3.14. Сохранять место за Воспитанником в случае его болезни, санаторно-курортного лечения, карантина на период таких событий, а также сохранять место в летний период (с 01 июня по 31 августа) на срок не более</w:t>
      </w:r>
      <w:r w:rsidRPr="001013D3">
        <w:rPr>
          <w:lang w:val="ru-RU"/>
        </w:rPr>
        <w:t xml:space="preserve"> 30 (тридцати) календарных дней, при условии непосещения и подачи письменного заявления в порядке, предусмотренном разделом 9 Договора, не менее чем за 14 (четырнадцать) календарных дней до начала соответствующего периода. Сохранение места в летний период </w:t>
      </w:r>
      <w:r w:rsidRPr="001013D3">
        <w:rPr>
          <w:lang w:val="ru-RU"/>
        </w:rPr>
        <w:t>осуществляется за плату в соответствии с п. 4.3 настоящего Договора. При досрочном выходе Воспитанника из периода сохранения места начисление производится за полный месяц.</w:t>
      </w:r>
    </w:p>
    <w:p w14:paraId="18CD6C22" w14:textId="77777777" w:rsidR="00365CB7" w:rsidRPr="001013D3" w:rsidRDefault="00BF18E0">
      <w:pPr>
        <w:jc w:val="both"/>
        <w:rPr>
          <w:lang w:val="ru-RU"/>
        </w:rPr>
      </w:pPr>
      <w:r w:rsidRPr="001013D3">
        <w:rPr>
          <w:lang w:val="ru-RU"/>
        </w:rPr>
        <w:t>2.3.15. Обеспечить Заказчику возможность получения акта об оказанных услугах в поряд</w:t>
      </w:r>
      <w:r w:rsidRPr="001013D3">
        <w:rPr>
          <w:lang w:val="ru-RU"/>
        </w:rPr>
        <w:t>ке, предусмотренном разделом 5 Договора.</w:t>
      </w:r>
    </w:p>
    <w:p w14:paraId="1BBA0EB9" w14:textId="77777777" w:rsidR="00365CB7" w:rsidRPr="001013D3" w:rsidRDefault="00BF18E0">
      <w:pPr>
        <w:spacing w:before="120"/>
        <w:rPr>
          <w:lang w:val="ru-RU"/>
        </w:rPr>
      </w:pPr>
      <w:r w:rsidRPr="001013D3">
        <w:rPr>
          <w:b/>
          <w:lang w:val="ru-RU"/>
        </w:rPr>
        <w:t>2.4. Заказчик обязан:</w:t>
      </w:r>
    </w:p>
    <w:p w14:paraId="4BD395CA" w14:textId="77777777" w:rsidR="00365CB7" w:rsidRPr="001013D3" w:rsidRDefault="00BF18E0">
      <w:pPr>
        <w:jc w:val="both"/>
        <w:rPr>
          <w:lang w:val="ru-RU"/>
        </w:rPr>
      </w:pPr>
      <w:r w:rsidRPr="001013D3">
        <w:rPr>
          <w:lang w:val="ru-RU"/>
        </w:rPr>
        <w:lastRenderedPageBreak/>
        <w:t>2.4.1. Соблюдать требования учредительных документов Исполнителя, правил внутреннего распорядка и иных локальных нормативных актов, общепринятых норм поведения, в том числе проявлять уважение к</w:t>
      </w:r>
      <w:r w:rsidRPr="001013D3">
        <w:rPr>
          <w:lang w:val="ru-RU"/>
        </w:rPr>
        <w:t xml:space="preserve"> педагогическим работникам, административно-хозяйственному, медицинскому и иному персоналу Исполнителя, другим воспитанникам, не посягать на их честь и достоинство.</w:t>
      </w:r>
    </w:p>
    <w:p w14:paraId="0F264445" w14:textId="77777777" w:rsidR="00365CB7" w:rsidRPr="001013D3" w:rsidRDefault="00BF18E0">
      <w:pPr>
        <w:jc w:val="both"/>
        <w:rPr>
          <w:lang w:val="ru-RU"/>
        </w:rPr>
      </w:pPr>
      <w:r w:rsidRPr="001013D3">
        <w:rPr>
          <w:lang w:val="ru-RU"/>
        </w:rPr>
        <w:t>2.4.2. Своевременно вносить плату за предоставляемые Воспитаннику услуги по присмотру и ухо</w:t>
      </w:r>
      <w:r w:rsidRPr="001013D3">
        <w:rPr>
          <w:lang w:val="ru-RU"/>
        </w:rPr>
        <w:t xml:space="preserve">ду и дошкольные образовательные услуги, указанные в Приложении №1 к Договору, в размере и порядке, определенные в Договоре. Оплата может производиться третьим лицом при условии предварительного уведомления Исполнителя и подачи соответствующего письменного </w:t>
      </w:r>
      <w:r w:rsidRPr="001013D3">
        <w:rPr>
          <w:lang w:val="ru-RU"/>
        </w:rPr>
        <w:t>заявления. Ответственность за исполнение обязательств по оплате в полном объеме несёт Заказчик.</w:t>
      </w:r>
    </w:p>
    <w:p w14:paraId="4A15D565" w14:textId="77777777" w:rsidR="00365CB7" w:rsidRPr="001013D3" w:rsidRDefault="00BF18E0">
      <w:pPr>
        <w:jc w:val="both"/>
        <w:rPr>
          <w:lang w:val="ru-RU"/>
        </w:rPr>
      </w:pPr>
      <w:r w:rsidRPr="001013D3">
        <w:rPr>
          <w:lang w:val="ru-RU"/>
        </w:rPr>
        <w:t>2.4.3. При поступлении Воспитанника в образовательную организацию и в период действия Договора своевременно предоставлять Исполнителю все необходимые документы,</w:t>
      </w:r>
      <w:r w:rsidRPr="001013D3">
        <w:rPr>
          <w:lang w:val="ru-RU"/>
        </w:rPr>
        <w:t xml:space="preserve"> предусмотренные нормативными актами в сфере образования и локальными нормативными актами Исполнителя.</w:t>
      </w:r>
    </w:p>
    <w:p w14:paraId="42A864B9" w14:textId="77777777" w:rsidR="00365CB7" w:rsidRPr="001013D3" w:rsidRDefault="00BF18E0">
      <w:pPr>
        <w:jc w:val="both"/>
        <w:rPr>
          <w:lang w:val="ru-RU"/>
        </w:rPr>
      </w:pPr>
      <w:r w:rsidRPr="001013D3">
        <w:rPr>
          <w:lang w:val="ru-RU"/>
        </w:rPr>
        <w:t>2.4.4. В целях определения образовательной организацией состояния здоровья, распределения нагрузки и учета индивидуальных особенностей Воспитанника при п</w:t>
      </w:r>
      <w:r w:rsidRPr="001013D3">
        <w:rPr>
          <w:lang w:val="ru-RU"/>
        </w:rPr>
        <w:t>оступлении Воспитанника в образовательную организацию оповещать об индивидуальных особенностях ребенка, в том числе об особенностях организации питания. Оповещение осуществляется в виде предоставления информации (медицинское заключение о результатах профил</w:t>
      </w:r>
      <w:r w:rsidRPr="001013D3">
        <w:rPr>
          <w:lang w:val="ru-RU"/>
        </w:rPr>
        <w:t>актического осмотра) из медицинской организации.</w:t>
      </w:r>
    </w:p>
    <w:p w14:paraId="512CEFA9" w14:textId="77777777" w:rsidR="00365CB7" w:rsidRPr="001013D3" w:rsidRDefault="00BF18E0">
      <w:pPr>
        <w:jc w:val="both"/>
        <w:rPr>
          <w:lang w:val="ru-RU"/>
        </w:rPr>
      </w:pPr>
      <w:r w:rsidRPr="001013D3">
        <w:rPr>
          <w:lang w:val="ru-RU"/>
        </w:rPr>
        <w:t>2.4.5. Соблюдать требования СанПиН 3.3686-21 «Санитарно-эпидемиологические требования по профилактике инфекционных болезней», в том числе при поступлении Воспитанника в образовательную организацию, при отсут</w:t>
      </w:r>
      <w:r w:rsidRPr="001013D3">
        <w:rPr>
          <w:lang w:val="ru-RU"/>
        </w:rPr>
        <w:t xml:space="preserve">ствии у ребенка </w:t>
      </w:r>
      <w:proofErr w:type="spellStart"/>
      <w:r w:rsidRPr="001013D3">
        <w:rPr>
          <w:lang w:val="ru-RU"/>
        </w:rPr>
        <w:t>туберкулинодиагностики</w:t>
      </w:r>
      <w:proofErr w:type="spellEnd"/>
      <w:r w:rsidRPr="001013D3">
        <w:rPr>
          <w:lang w:val="ru-RU"/>
        </w:rPr>
        <w:t xml:space="preserve"> </w:t>
      </w:r>
      <w:proofErr w:type="gramStart"/>
      <w:r w:rsidRPr="001013D3">
        <w:rPr>
          <w:lang w:val="ru-RU"/>
        </w:rPr>
        <w:t>предоставить заключение</w:t>
      </w:r>
      <w:proofErr w:type="gramEnd"/>
      <w:r w:rsidRPr="001013D3">
        <w:rPr>
          <w:lang w:val="ru-RU"/>
        </w:rPr>
        <w:t xml:space="preserve"> врача-фтизиатра об отсутствии у ребенка заболевания туберкулезом.</w:t>
      </w:r>
    </w:p>
    <w:p w14:paraId="43F31A29" w14:textId="77777777" w:rsidR="00365CB7" w:rsidRPr="001013D3" w:rsidRDefault="00BF18E0">
      <w:pPr>
        <w:jc w:val="both"/>
        <w:rPr>
          <w:lang w:val="ru-RU"/>
        </w:rPr>
      </w:pPr>
      <w:r w:rsidRPr="001013D3">
        <w:rPr>
          <w:lang w:val="ru-RU"/>
        </w:rPr>
        <w:t>2.4.6. Незамедлительно сообщать Исполнителю об изменении контактного телефона, адреса электронной почты и места жительства.</w:t>
      </w:r>
    </w:p>
    <w:p w14:paraId="603F62B8" w14:textId="77777777" w:rsidR="00365CB7" w:rsidRPr="001013D3" w:rsidRDefault="00BF18E0">
      <w:pPr>
        <w:jc w:val="both"/>
        <w:rPr>
          <w:lang w:val="ru-RU"/>
        </w:rPr>
      </w:pPr>
      <w:r w:rsidRPr="001013D3">
        <w:rPr>
          <w:lang w:val="ru-RU"/>
        </w:rPr>
        <w:t>2.4</w:t>
      </w:r>
      <w:r w:rsidRPr="001013D3">
        <w:rPr>
          <w:lang w:val="ru-RU"/>
        </w:rPr>
        <w:t>.7. Обеспечить посещение Воспитанником образовательной организации согласно правилам внутреннего распорядка Исполнителя.</w:t>
      </w:r>
    </w:p>
    <w:p w14:paraId="7ABB2626" w14:textId="77777777" w:rsidR="00365CB7" w:rsidRPr="001013D3" w:rsidRDefault="00BF18E0">
      <w:pPr>
        <w:jc w:val="both"/>
        <w:rPr>
          <w:lang w:val="ru-RU"/>
        </w:rPr>
      </w:pPr>
      <w:r w:rsidRPr="001013D3">
        <w:rPr>
          <w:lang w:val="ru-RU"/>
        </w:rPr>
        <w:t>2.4.8. Информировать Исполнителя о предстоящем отсутствии Воспитанника в образовательной организации или его болезни. В случае заболева</w:t>
      </w:r>
      <w:r w:rsidRPr="001013D3">
        <w:rPr>
          <w:lang w:val="ru-RU"/>
        </w:rPr>
        <w:t>ния Воспитанника, подтвержденного заключением медицинской организации, либо выявленного медицинским работником Исполнителя, принять меры по восстановлению его здоровья и не допускать посещения образовательной организации Воспитанником в период заболевания.</w:t>
      </w:r>
    </w:p>
    <w:p w14:paraId="78B382ED" w14:textId="77777777" w:rsidR="00365CB7" w:rsidRPr="001013D3" w:rsidRDefault="00BF18E0">
      <w:pPr>
        <w:jc w:val="both"/>
        <w:rPr>
          <w:lang w:val="ru-RU"/>
        </w:rPr>
      </w:pPr>
      <w:r w:rsidRPr="001013D3">
        <w:rPr>
          <w:lang w:val="ru-RU"/>
        </w:rPr>
        <w:t xml:space="preserve">2.4.9. Предоставить Исполнителю при поступлении Воспитанника и поддерживать в актуальном состоянии сведения об иммунизации Воспитанника против полиомиелита: количество полученных доз, вид применённой вакцины (инактивированная — ИПВ либо живая оральная — </w:t>
      </w:r>
      <w:r w:rsidRPr="001013D3">
        <w:rPr>
          <w:lang w:val="ru-RU"/>
        </w:rPr>
        <w:t>ОПВ) и дату последней прививки. Заказчик обязан письменно уведомить Исполнителя о планируемой вакцинации Воспитанника вакциной ОПВ не менее чем за 14 (четырнадцать) календарных дней до её проведения, а о фактически проведённой вакцинации — не позднее следу</w:t>
      </w:r>
      <w:r w:rsidRPr="001013D3">
        <w:rPr>
          <w:lang w:val="ru-RU"/>
        </w:rPr>
        <w:t>ющего рабочего дня.</w:t>
      </w:r>
    </w:p>
    <w:p w14:paraId="19B2B95B" w14:textId="77777777" w:rsidR="00365CB7" w:rsidRPr="001013D3" w:rsidRDefault="00BF18E0">
      <w:pPr>
        <w:jc w:val="both"/>
        <w:rPr>
          <w:lang w:val="ru-RU"/>
        </w:rPr>
      </w:pPr>
      <w:r w:rsidRPr="001013D3">
        <w:rPr>
          <w:lang w:val="ru-RU"/>
        </w:rPr>
        <w:t>2.4.10. Заказчик уведомлён и согласен, что в соответствии с пунктами 2513 и 2516 СанПиН 3.3686-21 «Санитарно-эпидемиологические требования по профилактике инфекционных болезней» дети, не имеющие сведений об иммунизации против полиомиели</w:t>
      </w:r>
      <w:r w:rsidRPr="001013D3">
        <w:rPr>
          <w:lang w:val="ru-RU"/>
        </w:rPr>
        <w:t>та, не привитые против полиомиелита или получившие менее 3 (трёх) доз полиомиелитной вакцины, подлежат разобщению с детьми, привитыми вакциной ОПВ в течение последних 60 (шестидесяти) календарных дней, на срок 60 (шестидесяти) календарных дней с момента по</w:t>
      </w:r>
      <w:r w:rsidRPr="001013D3">
        <w:rPr>
          <w:lang w:val="ru-RU"/>
        </w:rPr>
        <w:t>лучения последней прививки ОПВ. Порядок обеспечения разобщения установлен п. 2.1.15 Договора.</w:t>
      </w:r>
    </w:p>
    <w:p w14:paraId="787DAA40" w14:textId="77777777" w:rsidR="00365CB7" w:rsidRPr="001013D3" w:rsidRDefault="00BF18E0">
      <w:pPr>
        <w:jc w:val="both"/>
        <w:rPr>
          <w:lang w:val="ru-RU"/>
        </w:rPr>
      </w:pPr>
      <w:r w:rsidRPr="001013D3">
        <w:rPr>
          <w:lang w:val="ru-RU"/>
        </w:rPr>
        <w:t>2.4.11. Предоставлять медицинскую справку (медицинское заключение) после перенесенного ребенком заболевания, а также при любом отсутствии Воспитанника более 5 (пя</w:t>
      </w:r>
      <w:r w:rsidRPr="001013D3">
        <w:rPr>
          <w:lang w:val="ru-RU"/>
        </w:rPr>
        <w:t>ти) календарных дней (за исключением выходных и праздничных дней).</w:t>
      </w:r>
    </w:p>
    <w:p w14:paraId="07F9636C" w14:textId="77777777" w:rsidR="00365CB7" w:rsidRPr="001013D3" w:rsidRDefault="00BF18E0">
      <w:pPr>
        <w:jc w:val="both"/>
        <w:rPr>
          <w:lang w:val="ru-RU"/>
        </w:rPr>
      </w:pPr>
      <w:r w:rsidRPr="001013D3">
        <w:rPr>
          <w:lang w:val="ru-RU"/>
        </w:rPr>
        <w:t>2.4.12. Подавать письменное заявление о сохранении места в образовательной организации на летний период в порядке, предусмотренном разделом 9 Договора, не менее чем за 14 (четырнадцать) кал</w:t>
      </w:r>
      <w:r w:rsidRPr="001013D3">
        <w:rPr>
          <w:lang w:val="ru-RU"/>
        </w:rPr>
        <w:t>ендарных дней до его начала.</w:t>
      </w:r>
    </w:p>
    <w:p w14:paraId="0567D79E" w14:textId="77777777" w:rsidR="00365CB7" w:rsidRPr="001013D3" w:rsidRDefault="00BF18E0">
      <w:pPr>
        <w:jc w:val="both"/>
        <w:rPr>
          <w:lang w:val="ru-RU"/>
        </w:rPr>
      </w:pPr>
      <w:r w:rsidRPr="001013D3">
        <w:rPr>
          <w:lang w:val="ru-RU"/>
        </w:rPr>
        <w:t xml:space="preserve">2.4.13. В случае непосещения Воспитанником образовательной организации по причине заболевания, санаторно-курортного лечения, карантина, отпуска и (или) временного отсутствия одного или обоих </w:t>
      </w:r>
      <w:r w:rsidRPr="001013D3">
        <w:rPr>
          <w:lang w:val="ru-RU"/>
        </w:rPr>
        <w:lastRenderedPageBreak/>
        <w:t>родителей по уважительным причинам (</w:t>
      </w:r>
      <w:r w:rsidRPr="001013D3">
        <w:rPr>
          <w:lang w:val="ru-RU"/>
        </w:rPr>
        <w:t>болезнь), а также в летний период оплачивать услуги Исполнителя в соответствии с разделами 3 и 4 Договора.</w:t>
      </w:r>
    </w:p>
    <w:p w14:paraId="7BC77068" w14:textId="77777777" w:rsidR="00365CB7" w:rsidRPr="001013D3" w:rsidRDefault="00BF18E0">
      <w:pPr>
        <w:jc w:val="both"/>
        <w:rPr>
          <w:lang w:val="ru-RU"/>
        </w:rPr>
      </w:pPr>
      <w:r w:rsidRPr="001013D3">
        <w:rPr>
          <w:lang w:val="ru-RU"/>
        </w:rPr>
        <w:t>2.4.14. Бережно относиться к имуществу Исполнителя, возмещать ущерб, причиненный Воспитанником имуществу Исполнителя, в соответствии с законодательст</w:t>
      </w:r>
      <w:r w:rsidRPr="001013D3">
        <w:rPr>
          <w:lang w:val="ru-RU"/>
        </w:rPr>
        <w:t>вом Российской Федерации.</w:t>
      </w:r>
    </w:p>
    <w:p w14:paraId="2D3045D6" w14:textId="77777777" w:rsidR="00365CB7" w:rsidRPr="001013D3" w:rsidRDefault="00BF18E0">
      <w:pPr>
        <w:jc w:val="both"/>
        <w:rPr>
          <w:lang w:val="ru-RU"/>
        </w:rPr>
      </w:pPr>
      <w:r w:rsidRPr="001013D3">
        <w:rPr>
          <w:lang w:val="ru-RU"/>
        </w:rPr>
        <w:t>2.4.15. Своевременно выполнять рекомендации всех специалистов, работающих с Воспитанником (воспитателей, учителя-логопеда, педагога-психолога, медицинского персонала, музыкального руководителя).</w:t>
      </w:r>
    </w:p>
    <w:p w14:paraId="2FF3E68E" w14:textId="77777777" w:rsidR="00365CB7" w:rsidRPr="001013D3" w:rsidRDefault="00BF18E0">
      <w:pPr>
        <w:jc w:val="both"/>
        <w:rPr>
          <w:lang w:val="ru-RU"/>
        </w:rPr>
      </w:pPr>
      <w:r w:rsidRPr="001013D3">
        <w:rPr>
          <w:lang w:val="ru-RU"/>
        </w:rPr>
        <w:t>2.4.16. Выполнять условия Договора,</w:t>
      </w:r>
      <w:r w:rsidRPr="001013D3">
        <w:rPr>
          <w:lang w:val="ru-RU"/>
        </w:rPr>
        <w:t xml:space="preserve"> соблюдать режим работы. В случае нарушения Заказчиком режима пребывания Воспитанника в детском саду после 20.00 часов услуга присмотра и ухода оплачивается дополнительно, исходя из стоимости 1 000 (одна тысяча) рублей 00 копеек в час за каждый полный и не</w:t>
      </w:r>
      <w:r w:rsidRPr="001013D3">
        <w:rPr>
          <w:lang w:val="ru-RU"/>
        </w:rPr>
        <w:t>полный час до времени, когда Воспитанник и Заказчик покинули помещение Исполнителя и/или территорию детского сада.</w:t>
      </w:r>
    </w:p>
    <w:p w14:paraId="3AE097D3" w14:textId="77777777" w:rsidR="00365CB7" w:rsidRPr="001013D3" w:rsidRDefault="00BF18E0">
      <w:pPr>
        <w:jc w:val="both"/>
        <w:rPr>
          <w:lang w:val="ru-RU"/>
        </w:rPr>
      </w:pPr>
      <w:r w:rsidRPr="001013D3">
        <w:rPr>
          <w:lang w:val="ru-RU"/>
        </w:rPr>
        <w:t xml:space="preserve">2.4.17. Не публиковать в средствах массовой информации, в том числе в сети Интернет, сведения, которые могут нанести ущерб деловой репутации </w:t>
      </w:r>
      <w:r w:rsidRPr="001013D3">
        <w:rPr>
          <w:lang w:val="ru-RU"/>
        </w:rPr>
        <w:t>Исполнителя.</w:t>
      </w:r>
    </w:p>
    <w:p w14:paraId="552D4302" w14:textId="77777777" w:rsidR="00365CB7" w:rsidRPr="001013D3" w:rsidRDefault="00BF18E0">
      <w:pPr>
        <w:jc w:val="both"/>
        <w:rPr>
          <w:lang w:val="ru-RU"/>
        </w:rPr>
      </w:pPr>
      <w:r w:rsidRPr="001013D3">
        <w:rPr>
          <w:lang w:val="ru-RU"/>
        </w:rPr>
        <w:t>2.4.18. Обеспечить наличие действующего номера мобильного телефона и адреса электронной почты, указанных в разделе 11 Договора, для получения счетов, уведомлений и иных сообщений Исполнителя.</w:t>
      </w:r>
    </w:p>
    <w:p w14:paraId="447076E6" w14:textId="77777777" w:rsidR="00365CB7" w:rsidRPr="001013D3" w:rsidRDefault="00BF18E0">
      <w:pPr>
        <w:spacing w:before="200" w:after="120"/>
        <w:jc w:val="center"/>
        <w:rPr>
          <w:lang w:val="ru-RU"/>
        </w:rPr>
      </w:pPr>
      <w:r w:rsidRPr="001013D3">
        <w:rPr>
          <w:b/>
          <w:lang w:val="ru-RU"/>
        </w:rPr>
        <w:t xml:space="preserve">3. Размер, сроки и порядок оплаты за </w:t>
      </w:r>
      <w:proofErr w:type="gramStart"/>
      <w:r w:rsidRPr="001013D3">
        <w:rPr>
          <w:b/>
          <w:lang w:val="ru-RU"/>
        </w:rPr>
        <w:t>присмотр</w:t>
      </w:r>
      <w:proofErr w:type="gramEnd"/>
      <w:r w:rsidRPr="001013D3">
        <w:rPr>
          <w:b/>
          <w:lang w:val="ru-RU"/>
        </w:rPr>
        <w:t xml:space="preserve"> и ухо</w:t>
      </w:r>
      <w:r w:rsidRPr="001013D3">
        <w:rPr>
          <w:b/>
          <w:lang w:val="ru-RU"/>
        </w:rPr>
        <w:t>д за Воспитанником, оплаты целевого взноса</w:t>
      </w:r>
    </w:p>
    <w:p w14:paraId="298E20DC" w14:textId="77777777" w:rsidR="00365CB7" w:rsidRPr="001013D3" w:rsidRDefault="00BF18E0">
      <w:pPr>
        <w:jc w:val="both"/>
        <w:rPr>
          <w:lang w:val="ru-RU"/>
        </w:rPr>
      </w:pPr>
      <w:r w:rsidRPr="001013D3">
        <w:rPr>
          <w:lang w:val="ru-RU"/>
        </w:rPr>
        <w:t>3.1. Стоимость услуг Исполнителя по присмотру и уходу за Воспитанником (далее — родительская плата) составляет _________ (_______________________________________________) рублей в месяц.</w:t>
      </w:r>
    </w:p>
    <w:p w14:paraId="4C8F6074" w14:textId="77777777" w:rsidR="00365CB7" w:rsidRPr="001013D3" w:rsidRDefault="00BF18E0">
      <w:pPr>
        <w:jc w:val="both"/>
        <w:rPr>
          <w:lang w:val="ru-RU"/>
        </w:rPr>
      </w:pPr>
      <w:r w:rsidRPr="001013D3">
        <w:rPr>
          <w:lang w:val="ru-RU"/>
        </w:rPr>
        <w:t>Указанные суммы НДС не обл</w:t>
      </w:r>
      <w:r w:rsidRPr="001013D3">
        <w:rPr>
          <w:lang w:val="ru-RU"/>
        </w:rPr>
        <w:t>агаются на основании подпункта 14 пункта 2 статьи 149 НК РФ.</w:t>
      </w:r>
    </w:p>
    <w:p w14:paraId="33741563" w14:textId="77777777" w:rsidR="00365CB7" w:rsidRPr="001013D3" w:rsidRDefault="00BF18E0">
      <w:pPr>
        <w:jc w:val="both"/>
        <w:rPr>
          <w:lang w:val="ru-RU"/>
        </w:rPr>
      </w:pPr>
      <w:r w:rsidRPr="001013D3">
        <w:rPr>
          <w:lang w:val="ru-RU"/>
        </w:rPr>
        <w:t>Не допускается включение расходов на реализацию основной общеобразовательной программы — образовательной программы дошкольного образования в родительскую плату за присмотр и уход за Воспитанником</w:t>
      </w:r>
      <w:r w:rsidRPr="001013D3">
        <w:rPr>
          <w:lang w:val="ru-RU"/>
        </w:rPr>
        <w:t>.</w:t>
      </w:r>
    </w:p>
    <w:p w14:paraId="0765493D" w14:textId="77777777" w:rsidR="00365CB7" w:rsidRPr="001013D3" w:rsidRDefault="00BF18E0">
      <w:pPr>
        <w:jc w:val="both"/>
        <w:rPr>
          <w:lang w:val="ru-RU"/>
        </w:rPr>
      </w:pPr>
      <w:r w:rsidRPr="001013D3">
        <w:rPr>
          <w:lang w:val="ru-RU"/>
        </w:rPr>
        <w:t>3.2. Родительская плата вносится Заказчиком авансом за следующий календарный месяц не позднее 25 (двадцать пятого) числа текущего календарного месяца путем перечисления денежных средств на расчетный счет Исполнителя на основании выставленного Исполнителе</w:t>
      </w:r>
      <w:r w:rsidRPr="001013D3">
        <w:rPr>
          <w:lang w:val="ru-RU"/>
        </w:rPr>
        <w:t>м счета. Оплата первого месяца оказания услуг производится Заказчиком в течение 5 (пяти) банковских дней с момента заключения Договора, но не позднее дня начала оказания услуг.</w:t>
      </w:r>
    </w:p>
    <w:p w14:paraId="53B76D92" w14:textId="77777777" w:rsidR="00365CB7" w:rsidRPr="001013D3" w:rsidRDefault="00BF18E0">
      <w:pPr>
        <w:jc w:val="both"/>
        <w:rPr>
          <w:lang w:val="ru-RU"/>
        </w:rPr>
      </w:pPr>
      <w:r w:rsidRPr="001013D3">
        <w:rPr>
          <w:lang w:val="ru-RU"/>
        </w:rPr>
        <w:t>Обязанности Заказчика по оплате услуг Исполнителя считаются выполненными с моме</w:t>
      </w:r>
      <w:r w:rsidRPr="001013D3">
        <w:rPr>
          <w:lang w:val="ru-RU"/>
        </w:rPr>
        <w:t>нта поступления денежных средств на расчетный счет Исполнителя.</w:t>
      </w:r>
    </w:p>
    <w:p w14:paraId="3EF34DA9" w14:textId="77777777" w:rsidR="00365CB7" w:rsidRPr="001013D3" w:rsidRDefault="00BF18E0">
      <w:pPr>
        <w:jc w:val="both"/>
        <w:rPr>
          <w:lang w:val="ru-RU"/>
        </w:rPr>
      </w:pPr>
      <w:r w:rsidRPr="001013D3">
        <w:rPr>
          <w:lang w:val="ru-RU"/>
        </w:rPr>
        <w:t>3.3. В случае непосещения Воспитанником образовательной организации по причинам, указанным в п. 2.3.14 Договора, стоимость услуг по присмотру и уходу подлежит перерасчету в размере расходов на</w:t>
      </w:r>
      <w:r w:rsidRPr="001013D3">
        <w:rPr>
          <w:lang w:val="ru-RU"/>
        </w:rPr>
        <w:t xml:space="preserve"> организацию питания Воспитанника — 350 (триста пятьдесят) рублей 00 копеек в день. Перерасчет учитывается при оплате услуг Исполнителя в следующем месяце оказания услуг и отражается в счете, выставленном Заказчику Исполнителем. Перерасчет не производится </w:t>
      </w:r>
      <w:r w:rsidRPr="001013D3">
        <w:rPr>
          <w:lang w:val="ru-RU"/>
        </w:rPr>
        <w:t>за период приостановления оказания услуг по основанию, предусмотренному п. 2.1.13 Договора.</w:t>
      </w:r>
    </w:p>
    <w:p w14:paraId="16F71B26" w14:textId="77777777" w:rsidR="00365CB7" w:rsidRPr="001013D3" w:rsidRDefault="00BF18E0">
      <w:pPr>
        <w:jc w:val="both"/>
        <w:rPr>
          <w:lang w:val="ru-RU"/>
        </w:rPr>
      </w:pPr>
      <w:r w:rsidRPr="001013D3">
        <w:rPr>
          <w:lang w:val="ru-RU"/>
        </w:rPr>
        <w:t xml:space="preserve">3.4. На основании Федерального закона «Об образовании в Российской Федерации» Исполнитель имеет право установить родительскую плату и её размер. Исполнитель вправе </w:t>
      </w:r>
      <w:r w:rsidRPr="001013D3">
        <w:rPr>
          <w:lang w:val="ru-RU"/>
        </w:rPr>
        <w:t>изменить размер родительской платы один раз в год (с 1 января), исходя из фактического размера затрат на присмотр и уход за Воспитанником за предшествующий год.</w:t>
      </w:r>
    </w:p>
    <w:p w14:paraId="20D9309C" w14:textId="24E2A9AC" w:rsidR="00365CB7" w:rsidRPr="001013D3" w:rsidRDefault="00BF18E0">
      <w:pPr>
        <w:jc w:val="both"/>
        <w:rPr>
          <w:lang w:val="ru-RU"/>
        </w:rPr>
      </w:pPr>
      <w:r w:rsidRPr="001013D3">
        <w:rPr>
          <w:lang w:val="ru-RU"/>
        </w:rPr>
        <w:t xml:space="preserve">3.5. </w:t>
      </w:r>
      <w:r w:rsidR="001013D3">
        <w:rPr>
          <w:lang w:val="ru-RU"/>
        </w:rPr>
        <w:t>Ц</w:t>
      </w:r>
      <w:r w:rsidRPr="001013D3">
        <w:rPr>
          <w:lang w:val="ru-RU"/>
        </w:rPr>
        <w:t>елевой взнос уплачивается Заказчиком, заключающим Договор с Исполнителем впервые. Заказчи</w:t>
      </w:r>
      <w:r w:rsidRPr="001013D3">
        <w:rPr>
          <w:lang w:val="ru-RU"/>
        </w:rPr>
        <w:t>к, заключивший настоящий Договор на новый учебный год в порядке продолжения отношений с Исполнителем — то есть при условии, что предыдущий договор об образовании между Сторонами действовал до окончания предусмотренного им срока и не был расторгнут досрочно</w:t>
      </w:r>
      <w:r w:rsidRPr="001013D3">
        <w:rPr>
          <w:lang w:val="ru-RU"/>
        </w:rPr>
        <w:t xml:space="preserve"> ни по одному из оснований, — от уплаты целевого взноса освобождается. Отметка о применении освобождения проставляется в п. 10.2 Договора.</w:t>
      </w:r>
    </w:p>
    <w:p w14:paraId="472AA62A" w14:textId="11E314C9" w:rsidR="00365CB7" w:rsidRPr="001013D3" w:rsidRDefault="00BF18E0">
      <w:pPr>
        <w:jc w:val="both"/>
        <w:rPr>
          <w:lang w:val="ru-RU"/>
        </w:rPr>
      </w:pPr>
      <w:r w:rsidRPr="001013D3">
        <w:rPr>
          <w:lang w:val="ru-RU"/>
        </w:rPr>
        <w:t>3.6. В течение 5 (пяти) банковских дней с момента заключения Договора Заказчик, обязанный к уплате взноса в соответст</w:t>
      </w:r>
      <w:r w:rsidRPr="001013D3">
        <w:rPr>
          <w:lang w:val="ru-RU"/>
        </w:rPr>
        <w:t>вии с п. 3.5 Договора, уплачивает целевой взнос в сумме 20 000 (двадцать тысяч) рублей 00 копеек, назначением которого является приобретение наглядных материалов, учебных, игровых пособий и оборудования, канцелярских и хозяйственных товаров, предназначенны</w:t>
      </w:r>
      <w:r w:rsidRPr="001013D3">
        <w:rPr>
          <w:lang w:val="ru-RU"/>
        </w:rPr>
        <w:t xml:space="preserve">х для использования </w:t>
      </w:r>
      <w:r w:rsidRPr="001013D3">
        <w:rPr>
          <w:lang w:val="ru-RU"/>
        </w:rPr>
        <w:lastRenderedPageBreak/>
        <w:t>Воспитанником в образовательной деятельности, а также возмещение расходов на оформление документации и личного дела Воспитанника. При отчислении Воспитанника из образовательной организации уплаченный ранее целевой взнос возврату не подл</w:t>
      </w:r>
      <w:r w:rsidRPr="001013D3">
        <w:rPr>
          <w:lang w:val="ru-RU"/>
        </w:rPr>
        <w:t>ежит.</w:t>
      </w:r>
    </w:p>
    <w:p w14:paraId="4A357CC3" w14:textId="77777777" w:rsidR="00365CB7" w:rsidRPr="001013D3" w:rsidRDefault="00BF18E0">
      <w:pPr>
        <w:jc w:val="both"/>
        <w:rPr>
          <w:lang w:val="ru-RU"/>
        </w:rPr>
      </w:pPr>
      <w:r w:rsidRPr="001013D3">
        <w:rPr>
          <w:lang w:val="ru-RU"/>
        </w:rPr>
        <w:t>3.7. Справка (выписка о болезни) о причинах непосещения Воспитанником образовательной организации предоставляется не позднее 5 (пяти) календарных дней с дня, следующего за днем выдачи справки (выписки о болезни). Передача документа визируется подпися</w:t>
      </w:r>
      <w:r w:rsidRPr="001013D3">
        <w:rPr>
          <w:lang w:val="ru-RU"/>
        </w:rPr>
        <w:t>ми Заказчика и Исполнителя в соответствующем журнале учета документов. Перерасчет стоимости оказанных услуг в случае нарушения срока, предусмотренного настоящим пунктом, не производится.</w:t>
      </w:r>
    </w:p>
    <w:p w14:paraId="01002713" w14:textId="77777777" w:rsidR="00365CB7" w:rsidRPr="001013D3" w:rsidRDefault="00BF18E0">
      <w:pPr>
        <w:jc w:val="both"/>
        <w:rPr>
          <w:lang w:val="ru-RU"/>
        </w:rPr>
      </w:pPr>
      <w:r w:rsidRPr="001013D3">
        <w:rPr>
          <w:lang w:val="ru-RU"/>
        </w:rPr>
        <w:t>3.8. В случае отчисления Воспитанника возврат родительской платы за п</w:t>
      </w:r>
      <w:r w:rsidRPr="001013D3">
        <w:rPr>
          <w:lang w:val="ru-RU"/>
        </w:rPr>
        <w:t>рисмотр и уход производится по письменному заявлению Заказчика, поданному в порядке, предусмотренном разделом 9 Договора, с учетом фактически оказанных услуг. Возврат производится на основании распорядительного акта Исполнителя в течение 10 (десяти) банков</w:t>
      </w:r>
      <w:r w:rsidRPr="001013D3">
        <w:rPr>
          <w:lang w:val="ru-RU"/>
        </w:rPr>
        <w:t>ских дней с момента его издания.</w:t>
      </w:r>
    </w:p>
    <w:p w14:paraId="7DE7BC65" w14:textId="77777777" w:rsidR="00365CB7" w:rsidRPr="001013D3" w:rsidRDefault="00BF18E0">
      <w:pPr>
        <w:spacing w:before="200" w:after="120"/>
        <w:jc w:val="center"/>
        <w:rPr>
          <w:lang w:val="ru-RU"/>
        </w:rPr>
      </w:pPr>
      <w:r w:rsidRPr="001013D3">
        <w:rPr>
          <w:b/>
          <w:lang w:val="ru-RU"/>
        </w:rPr>
        <w:t>4. Размер, сроки и порядок оплаты дошкольных образовательных услуг</w:t>
      </w:r>
    </w:p>
    <w:p w14:paraId="3E336D3F" w14:textId="77777777" w:rsidR="00365CB7" w:rsidRPr="001013D3" w:rsidRDefault="00BF18E0">
      <w:pPr>
        <w:jc w:val="both"/>
        <w:rPr>
          <w:lang w:val="ru-RU"/>
        </w:rPr>
      </w:pPr>
      <w:r w:rsidRPr="001013D3">
        <w:rPr>
          <w:lang w:val="ru-RU"/>
        </w:rPr>
        <w:t>4.1. Полная стоимость дошкольных образовательных услуг, наименование, перечень и форма предоставления которых определены в Приложении №1 к Договору, составл</w:t>
      </w:r>
      <w:r w:rsidRPr="001013D3">
        <w:rPr>
          <w:lang w:val="ru-RU"/>
        </w:rPr>
        <w:t>яет _________ (_______________________________________________) рублей за учебный год.</w:t>
      </w:r>
    </w:p>
    <w:p w14:paraId="55F2E72C" w14:textId="77777777" w:rsidR="00365CB7" w:rsidRPr="001013D3" w:rsidRDefault="00BF18E0">
      <w:pPr>
        <w:jc w:val="both"/>
        <w:rPr>
          <w:lang w:val="ru-RU"/>
        </w:rPr>
      </w:pPr>
      <w:r w:rsidRPr="001013D3">
        <w:rPr>
          <w:lang w:val="ru-RU"/>
        </w:rPr>
        <w:t>Указанные в Приложениях суммы НДС не облагаются на основании подпункта 14 пункта 2 статьи 149 НК РФ.</w:t>
      </w:r>
    </w:p>
    <w:p w14:paraId="629B624B" w14:textId="77777777" w:rsidR="00365CB7" w:rsidRPr="001013D3" w:rsidRDefault="00BF18E0">
      <w:pPr>
        <w:jc w:val="both"/>
        <w:rPr>
          <w:lang w:val="ru-RU"/>
        </w:rPr>
      </w:pPr>
      <w:r w:rsidRPr="001013D3">
        <w:rPr>
          <w:lang w:val="ru-RU"/>
        </w:rPr>
        <w:t>Стоимость услуг, указанная в п. 4.1 настоящего Договора, в течение у</w:t>
      </w:r>
      <w:r w:rsidRPr="001013D3">
        <w:rPr>
          <w:lang w:val="ru-RU"/>
        </w:rPr>
        <w:t>чебного года изменению не подлежит. Исключением могут являться:</w:t>
      </w:r>
    </w:p>
    <w:p w14:paraId="7E16B2E1" w14:textId="77777777" w:rsidR="00365CB7" w:rsidRPr="001013D3" w:rsidRDefault="00BF18E0">
      <w:pPr>
        <w:ind w:left="425"/>
        <w:jc w:val="both"/>
        <w:rPr>
          <w:lang w:val="ru-RU"/>
        </w:rPr>
      </w:pPr>
      <w:r w:rsidRPr="001013D3">
        <w:rPr>
          <w:lang w:val="ru-RU"/>
        </w:rPr>
        <w:t>— случай дефолта рубля;</w:t>
      </w:r>
    </w:p>
    <w:p w14:paraId="47D9678F" w14:textId="77777777" w:rsidR="00365CB7" w:rsidRPr="001013D3" w:rsidRDefault="00BF18E0">
      <w:pPr>
        <w:ind w:left="425"/>
        <w:jc w:val="both"/>
        <w:rPr>
          <w:lang w:val="ru-RU"/>
        </w:rPr>
      </w:pPr>
      <w:r w:rsidRPr="001013D3">
        <w:rPr>
          <w:lang w:val="ru-RU"/>
        </w:rPr>
        <w:t>— повышение стоимости аренды помещения, занимаемого Исполнителем, более чем на 5%;</w:t>
      </w:r>
    </w:p>
    <w:p w14:paraId="7A66C285" w14:textId="77777777" w:rsidR="00365CB7" w:rsidRPr="001013D3" w:rsidRDefault="00BF18E0">
      <w:pPr>
        <w:ind w:left="425"/>
        <w:jc w:val="both"/>
        <w:rPr>
          <w:lang w:val="ru-RU"/>
        </w:rPr>
      </w:pPr>
      <w:r w:rsidRPr="001013D3">
        <w:rPr>
          <w:lang w:val="ru-RU"/>
        </w:rPr>
        <w:t>— повышение стоимости коммунальных услуг за помещение, занимаемое Исполнителем;</w:t>
      </w:r>
    </w:p>
    <w:p w14:paraId="534165E5" w14:textId="77777777" w:rsidR="00365CB7" w:rsidRPr="001013D3" w:rsidRDefault="00BF18E0">
      <w:pPr>
        <w:ind w:left="425"/>
        <w:jc w:val="both"/>
        <w:rPr>
          <w:lang w:val="ru-RU"/>
        </w:rPr>
      </w:pPr>
      <w:r w:rsidRPr="001013D3">
        <w:rPr>
          <w:lang w:val="ru-RU"/>
        </w:rPr>
        <w:t xml:space="preserve">— </w:t>
      </w:r>
      <w:r w:rsidRPr="001013D3">
        <w:rPr>
          <w:lang w:val="ru-RU"/>
        </w:rPr>
        <w:t>инфляция более 5% по данным Росстата с момента утверждения текущих цен Исполнителем;</w:t>
      </w:r>
    </w:p>
    <w:p w14:paraId="0EEEEC85" w14:textId="77777777" w:rsidR="00365CB7" w:rsidRPr="001013D3" w:rsidRDefault="00BF18E0">
      <w:pPr>
        <w:ind w:left="425"/>
        <w:jc w:val="both"/>
        <w:rPr>
          <w:lang w:val="ru-RU"/>
        </w:rPr>
      </w:pPr>
      <w:r w:rsidRPr="001013D3">
        <w:rPr>
          <w:lang w:val="ru-RU"/>
        </w:rPr>
        <w:t>— изменение цен на продукты питания в торговых сетях более чем на 10%;</w:t>
      </w:r>
    </w:p>
    <w:p w14:paraId="7EF4541F" w14:textId="77777777" w:rsidR="00365CB7" w:rsidRPr="001013D3" w:rsidRDefault="00BF18E0">
      <w:pPr>
        <w:ind w:left="425"/>
        <w:jc w:val="both"/>
        <w:rPr>
          <w:lang w:val="ru-RU"/>
        </w:rPr>
      </w:pPr>
      <w:r w:rsidRPr="001013D3">
        <w:rPr>
          <w:lang w:val="ru-RU"/>
        </w:rPr>
        <w:t>— наступление обстоятельств непреодолимой силы в соответствии с разделом 8 настоящего Договора.</w:t>
      </w:r>
    </w:p>
    <w:p w14:paraId="7E4C3719" w14:textId="77777777" w:rsidR="00365CB7" w:rsidRPr="001013D3" w:rsidRDefault="00BF18E0">
      <w:pPr>
        <w:jc w:val="both"/>
        <w:rPr>
          <w:lang w:val="ru-RU"/>
        </w:rPr>
      </w:pPr>
      <w:r w:rsidRPr="001013D3">
        <w:rPr>
          <w:lang w:val="ru-RU"/>
        </w:rPr>
        <w:t>Увел</w:t>
      </w:r>
      <w:r w:rsidRPr="001013D3">
        <w:rPr>
          <w:lang w:val="ru-RU"/>
        </w:rPr>
        <w:t>ичение стоимости услуг оформляется Сторонами путем подписания дополнительного соглашения к Договору. Исполнитель предоставляет лично или направляет по почте Заказчику два экземпляра указанного дополнительного соглашения не позднее 1 (одного) месяца до даты</w:t>
      </w:r>
      <w:r w:rsidRPr="001013D3">
        <w:rPr>
          <w:lang w:val="ru-RU"/>
        </w:rPr>
        <w:t xml:space="preserve"> вступления в силу новой стоимости услуг. Заказчик в срок не позднее 14 (четырнадцати) дней до даты вступления в силу новой стоимости услуг обязан уведомить Исполнителя о расторжении Договора в случае несогласия с изменившейся стоимостью услуг. В случае не</w:t>
      </w:r>
      <w:r w:rsidRPr="001013D3">
        <w:rPr>
          <w:lang w:val="ru-RU"/>
        </w:rPr>
        <w:t>получения Исполнителем в указанный в настоящем пункте срок уведомления о расторжении Договора либо непредоставления Заказчиком подписанного экземпляра дополнительного соглашения Исполнителю изменение стоимости услуг по Договору считается согласованным Стор</w:t>
      </w:r>
      <w:r w:rsidRPr="001013D3">
        <w:rPr>
          <w:lang w:val="ru-RU"/>
        </w:rPr>
        <w:t>онами с даты, указанной в дополнительном соглашении.</w:t>
      </w:r>
    </w:p>
    <w:p w14:paraId="4CEAB471" w14:textId="77777777" w:rsidR="00365CB7" w:rsidRPr="001013D3" w:rsidRDefault="00BF18E0">
      <w:pPr>
        <w:jc w:val="both"/>
        <w:rPr>
          <w:lang w:val="ru-RU"/>
        </w:rPr>
      </w:pPr>
      <w:r w:rsidRPr="001013D3">
        <w:rPr>
          <w:lang w:val="ru-RU"/>
        </w:rPr>
        <w:t xml:space="preserve">4.2. Оплата дошкольных образовательных услуг производится ежемесячно авансом за следующий календарный месяц не позднее 25 (двадцать пятого) числа текущего календарного месяца путем перечисления денежных </w:t>
      </w:r>
      <w:r w:rsidRPr="001013D3">
        <w:rPr>
          <w:lang w:val="ru-RU"/>
        </w:rPr>
        <w:t>средств на расчетный счет Исполнителя на основании выставленного Исполнителем счета.</w:t>
      </w:r>
    </w:p>
    <w:p w14:paraId="63191E5A" w14:textId="77777777" w:rsidR="00365CB7" w:rsidRPr="001013D3" w:rsidRDefault="00BF18E0">
      <w:pPr>
        <w:jc w:val="both"/>
        <w:rPr>
          <w:lang w:val="ru-RU"/>
        </w:rPr>
      </w:pPr>
      <w:r w:rsidRPr="001013D3">
        <w:rPr>
          <w:lang w:val="ru-RU"/>
        </w:rPr>
        <w:t>Сумма ежемесячного платежа за дошкольные образовательные услуги составляет _________ (_______________________________________________) рублей 00 копеек.</w:t>
      </w:r>
    </w:p>
    <w:p w14:paraId="55AE5197" w14:textId="77777777" w:rsidR="00365CB7" w:rsidRPr="001013D3" w:rsidRDefault="00BF18E0">
      <w:pPr>
        <w:jc w:val="both"/>
        <w:rPr>
          <w:lang w:val="ru-RU"/>
        </w:rPr>
      </w:pPr>
      <w:r w:rsidRPr="001013D3">
        <w:rPr>
          <w:lang w:val="ru-RU"/>
        </w:rPr>
        <w:t>Оплата первого мес</w:t>
      </w:r>
      <w:r w:rsidRPr="001013D3">
        <w:rPr>
          <w:lang w:val="ru-RU"/>
        </w:rPr>
        <w:t>яца оказания услуг производится Заказчиком в течение 5 (пяти) банковских дней с момента заключения Договора, но не позднее дня начала оказания услуг. Заказчик вправе оплатить дошкольные образовательные услуги полностью при заключении Договора.</w:t>
      </w:r>
    </w:p>
    <w:p w14:paraId="1B7CE11A" w14:textId="77777777" w:rsidR="00365CB7" w:rsidRPr="001013D3" w:rsidRDefault="00BF18E0">
      <w:pPr>
        <w:jc w:val="both"/>
        <w:rPr>
          <w:lang w:val="ru-RU"/>
        </w:rPr>
      </w:pPr>
      <w:r w:rsidRPr="001013D3">
        <w:rPr>
          <w:lang w:val="ru-RU"/>
        </w:rPr>
        <w:t xml:space="preserve">Обязанности </w:t>
      </w:r>
      <w:r w:rsidRPr="001013D3">
        <w:rPr>
          <w:lang w:val="ru-RU"/>
        </w:rPr>
        <w:t>Заказчика по оплате услуг Исполнителя считаются выполненными с момента поступления денежных средств на расчетный счет Исполнителя.</w:t>
      </w:r>
    </w:p>
    <w:p w14:paraId="20D474B8" w14:textId="77777777" w:rsidR="00365CB7" w:rsidRPr="001013D3" w:rsidRDefault="00BF18E0">
      <w:pPr>
        <w:jc w:val="both"/>
        <w:rPr>
          <w:lang w:val="ru-RU"/>
        </w:rPr>
      </w:pPr>
      <w:r w:rsidRPr="001013D3">
        <w:rPr>
          <w:lang w:val="ru-RU"/>
        </w:rPr>
        <w:t>4.3. За период сохранения места (летний отпуск) Заказчик оплачивает 50% (пятьдесят процентов) от ежемесячной стоимости образо</w:t>
      </w:r>
      <w:r w:rsidRPr="001013D3">
        <w:rPr>
          <w:lang w:val="ru-RU"/>
        </w:rPr>
        <w:t xml:space="preserve">вательных услуг, указанной в п. 4.2 настоящего Договора. Плата за присмотр и уход за период сохранения места не начисляется. В случае выхода Воспитанника из отпуска ранее даты, </w:t>
      </w:r>
      <w:r w:rsidRPr="001013D3">
        <w:rPr>
          <w:lang w:val="ru-RU"/>
        </w:rPr>
        <w:lastRenderedPageBreak/>
        <w:t>указанной в заявлении, Заказчик производит доплату оставшихся 50% (пятидесяти п</w:t>
      </w:r>
      <w:r w:rsidRPr="001013D3">
        <w:rPr>
          <w:lang w:val="ru-RU"/>
        </w:rPr>
        <w:t xml:space="preserve">роцентов) от стоимости образовательных услуг за соответствующий месяц, таким образом стоимость образовательных услуг за данный месяц составляет 100% (сто процентов). Плата за фактические дни посещения начисляется дополнительно по полной ставке присмотра и </w:t>
      </w:r>
      <w:r w:rsidRPr="001013D3">
        <w:rPr>
          <w:lang w:val="ru-RU"/>
        </w:rPr>
        <w:t>ухода.</w:t>
      </w:r>
    </w:p>
    <w:p w14:paraId="118E7B42" w14:textId="77777777" w:rsidR="00365CB7" w:rsidRPr="001013D3" w:rsidRDefault="00BF18E0">
      <w:pPr>
        <w:jc w:val="both"/>
        <w:rPr>
          <w:lang w:val="ru-RU"/>
        </w:rPr>
      </w:pPr>
      <w:r w:rsidRPr="001013D3">
        <w:rPr>
          <w:lang w:val="ru-RU"/>
        </w:rPr>
        <w:t>4.4. В случае отчисления Воспитанника возврат стоимости образовательных услуг производится по письменному заявлению Заказчика, поданному в порядке, предусмотренном разделом 9 Договора, с учетом фактически оказанных услуг. Возврат производится на осн</w:t>
      </w:r>
      <w:r w:rsidRPr="001013D3">
        <w:rPr>
          <w:lang w:val="ru-RU"/>
        </w:rPr>
        <w:t>овании распорядительного акта Исполнителя в течение 10 (десяти) банковских дней с момента его издания.</w:t>
      </w:r>
    </w:p>
    <w:p w14:paraId="221B403C" w14:textId="77777777" w:rsidR="00365CB7" w:rsidRPr="001013D3" w:rsidRDefault="00BF18E0">
      <w:pPr>
        <w:jc w:val="both"/>
        <w:rPr>
          <w:lang w:val="ru-RU"/>
        </w:rPr>
      </w:pPr>
      <w:r w:rsidRPr="001013D3">
        <w:rPr>
          <w:lang w:val="ru-RU"/>
        </w:rPr>
        <w:t>4.5. Стоимость образовательных услуг по настоящему Договору может быть оплачена за счет средств материнского (семейного) капитала путем направления средс</w:t>
      </w:r>
      <w:r w:rsidRPr="001013D3">
        <w:rPr>
          <w:lang w:val="ru-RU"/>
        </w:rPr>
        <w:t>тв через территориальный орган Социального фонда России (СФР). В договоре или дополнительном соглашении к нему должно быть указано, что оплата производится из средств материнского (семейного) капитала. В случае отчисления Воспитанника возврат средств произ</w:t>
      </w:r>
      <w:r w:rsidRPr="001013D3">
        <w:rPr>
          <w:lang w:val="ru-RU"/>
        </w:rPr>
        <w:t>водится на счет СФР.</w:t>
      </w:r>
    </w:p>
    <w:p w14:paraId="0A7C0C8D" w14:textId="77777777" w:rsidR="00365CB7" w:rsidRPr="001013D3" w:rsidRDefault="00BF18E0">
      <w:pPr>
        <w:jc w:val="both"/>
        <w:rPr>
          <w:lang w:val="ru-RU"/>
        </w:rPr>
      </w:pPr>
      <w:r w:rsidRPr="001013D3">
        <w:rPr>
          <w:lang w:val="ru-RU"/>
        </w:rPr>
        <w:t>4.6. В случае нарушения сроков оплаты очередного платежа по настоящему Договору Заказчик уплачивает Исполнителю неустойку в размере 2 000 (две тысячи) рублей 00 копеек за каждый факт образования просроченной задолженности. Неустойка вк</w:t>
      </w:r>
      <w:r w:rsidRPr="001013D3">
        <w:rPr>
          <w:lang w:val="ru-RU"/>
        </w:rPr>
        <w:t>лючается в счет очередного платежа и подлежит обязательной оплате. Начисление неустойки, предусмотренной настоящим пунктом, не исключает начисления пени, предусмотренной п. 6.8 Договора.</w:t>
      </w:r>
    </w:p>
    <w:p w14:paraId="53FA2D07" w14:textId="77777777" w:rsidR="00365CB7" w:rsidRPr="001013D3" w:rsidRDefault="00BF18E0">
      <w:pPr>
        <w:jc w:val="both"/>
        <w:rPr>
          <w:lang w:val="ru-RU"/>
        </w:rPr>
      </w:pPr>
      <w:r w:rsidRPr="001013D3">
        <w:rPr>
          <w:lang w:val="ru-RU"/>
        </w:rPr>
        <w:t>4.7. Форма обучения — очная. Срок освоения дошкольной образовательной</w:t>
      </w:r>
      <w:r w:rsidRPr="001013D3">
        <w:rPr>
          <w:lang w:val="ru-RU"/>
        </w:rPr>
        <w:t xml:space="preserve"> программы составляет один учебный год.</w:t>
      </w:r>
    </w:p>
    <w:p w14:paraId="3F9E3B09" w14:textId="77777777" w:rsidR="00365CB7" w:rsidRPr="001013D3" w:rsidRDefault="00BF18E0">
      <w:pPr>
        <w:spacing w:before="200" w:after="120"/>
        <w:jc w:val="center"/>
        <w:rPr>
          <w:lang w:val="ru-RU"/>
        </w:rPr>
      </w:pPr>
      <w:r w:rsidRPr="001013D3">
        <w:rPr>
          <w:b/>
          <w:lang w:val="ru-RU"/>
        </w:rPr>
        <w:t>5. Порядок сдачи-приёмки услуг</w:t>
      </w:r>
    </w:p>
    <w:p w14:paraId="344BABC6" w14:textId="77777777" w:rsidR="00365CB7" w:rsidRPr="001013D3" w:rsidRDefault="00BF18E0">
      <w:pPr>
        <w:jc w:val="both"/>
        <w:rPr>
          <w:lang w:val="ru-RU"/>
        </w:rPr>
      </w:pPr>
      <w:r w:rsidRPr="001013D3">
        <w:rPr>
          <w:lang w:val="ru-RU"/>
        </w:rPr>
        <w:t>5.1. Исполнитель ежемесячно формирует односторонний акт об оказанных услугах (далее — Акт). Акт подтверждает оказание Исполнителем услуг за отчётный период, а также итоговую стоимость о</w:t>
      </w:r>
      <w:r w:rsidRPr="001013D3">
        <w:rPr>
          <w:lang w:val="ru-RU"/>
        </w:rPr>
        <w:t>казанных услуг. Отчётным периодом является календарный месяц. Датой реализации услуг признаётся последний день отчётного периода.</w:t>
      </w:r>
    </w:p>
    <w:p w14:paraId="5609AD29" w14:textId="77777777" w:rsidR="00365CB7" w:rsidRPr="001013D3" w:rsidRDefault="00BF18E0">
      <w:pPr>
        <w:jc w:val="both"/>
        <w:rPr>
          <w:lang w:val="ru-RU"/>
        </w:rPr>
      </w:pPr>
      <w:r w:rsidRPr="001013D3">
        <w:rPr>
          <w:lang w:val="ru-RU"/>
        </w:rPr>
        <w:t>5.2. Акт хранится у Исполнителя. Заказчик вправе получить свой экземпляр Акта по месту нахождения Исполнителя в течение 3 (трё</w:t>
      </w:r>
      <w:r w:rsidRPr="001013D3">
        <w:rPr>
          <w:lang w:val="ru-RU"/>
        </w:rPr>
        <w:t>х) рабочих дней с момента устного или письменного обращения, а также вправе получать Акты на адрес электронной почты, указанный в разделе 11 Договора, — на основании соответствующего письменного заявления. Исполнитель не обязан направлять Акты Заказчику пр</w:t>
      </w:r>
      <w:r w:rsidRPr="001013D3">
        <w:rPr>
          <w:lang w:val="ru-RU"/>
        </w:rPr>
        <w:t>и отсутствии такого заявления.</w:t>
      </w:r>
    </w:p>
    <w:p w14:paraId="4C44DCC1" w14:textId="77777777" w:rsidR="00365CB7" w:rsidRPr="001013D3" w:rsidRDefault="00BF18E0">
      <w:pPr>
        <w:jc w:val="both"/>
        <w:rPr>
          <w:lang w:val="ru-RU"/>
        </w:rPr>
      </w:pPr>
      <w:r w:rsidRPr="001013D3">
        <w:rPr>
          <w:lang w:val="ru-RU"/>
        </w:rPr>
        <w:t>5.3. Стороны установили, что услуги считаются оказанными Исполнителем надлежащим образом и принятыми Заказчиком в полном объёме, если в течение 10 (десяти) календарных дней с момента окончания отчётного периода Исполнитель не</w:t>
      </w:r>
      <w:r w:rsidRPr="001013D3">
        <w:rPr>
          <w:lang w:val="ru-RU"/>
        </w:rPr>
        <w:t xml:space="preserve"> получил от Заказчика мотивированных письменных возражений, оформленных в порядке, предусмотренном разделом 9 Договора. По истечении указанного срока претензии относительно недостатков услуг, в том числе по количеству (объёму), стоимости и качеству, не при</w:t>
      </w:r>
      <w:r w:rsidRPr="001013D3">
        <w:rPr>
          <w:lang w:val="ru-RU"/>
        </w:rPr>
        <w:t>нимаются.</w:t>
      </w:r>
    </w:p>
    <w:p w14:paraId="08D5B04F" w14:textId="77777777" w:rsidR="00365CB7" w:rsidRPr="001013D3" w:rsidRDefault="00BF18E0">
      <w:pPr>
        <w:jc w:val="both"/>
        <w:rPr>
          <w:lang w:val="ru-RU"/>
        </w:rPr>
      </w:pPr>
      <w:r w:rsidRPr="001013D3">
        <w:rPr>
          <w:lang w:val="ru-RU"/>
        </w:rPr>
        <w:t xml:space="preserve">5.4. Приёмка услуг в порядке, предусмотренном п. 5.3 Договора, не зависит от факта получения Заказчиком экземпляра Акта. Неполучение Заказчиком Акта, равно как и </w:t>
      </w:r>
      <w:proofErr w:type="spellStart"/>
      <w:r w:rsidRPr="001013D3">
        <w:rPr>
          <w:lang w:val="ru-RU"/>
        </w:rPr>
        <w:t>необращение</w:t>
      </w:r>
      <w:proofErr w:type="spellEnd"/>
      <w:r w:rsidRPr="001013D3">
        <w:rPr>
          <w:lang w:val="ru-RU"/>
        </w:rPr>
        <w:t xml:space="preserve"> за его получением, не приостанавливает и не продлевает срок, установленн</w:t>
      </w:r>
      <w:r w:rsidRPr="001013D3">
        <w:rPr>
          <w:lang w:val="ru-RU"/>
        </w:rPr>
        <w:t>ый п. 5.3 Договора.</w:t>
      </w:r>
    </w:p>
    <w:p w14:paraId="08D97229" w14:textId="77777777" w:rsidR="00365CB7" w:rsidRPr="001013D3" w:rsidRDefault="00BF18E0">
      <w:pPr>
        <w:spacing w:before="200" w:after="120"/>
        <w:jc w:val="center"/>
        <w:rPr>
          <w:lang w:val="ru-RU"/>
        </w:rPr>
      </w:pPr>
      <w:r w:rsidRPr="001013D3">
        <w:rPr>
          <w:b/>
          <w:lang w:val="ru-RU"/>
        </w:rPr>
        <w:t>6. Ответственность за неисполнение или ненадлежащее исполнение обязательств по договору, порядок разрешения споров</w:t>
      </w:r>
    </w:p>
    <w:p w14:paraId="18FD4FDC" w14:textId="77777777" w:rsidR="00365CB7" w:rsidRPr="001013D3" w:rsidRDefault="00BF18E0">
      <w:pPr>
        <w:jc w:val="both"/>
        <w:rPr>
          <w:lang w:val="ru-RU"/>
        </w:rPr>
      </w:pPr>
      <w:r w:rsidRPr="001013D3">
        <w:rPr>
          <w:lang w:val="ru-RU"/>
        </w:rPr>
        <w:t xml:space="preserve">6.1. За неисполнение либо ненадлежащее исполнение обязательств по Договору Исполнитель и Заказчик несут ответственность, </w:t>
      </w:r>
      <w:r w:rsidRPr="001013D3">
        <w:rPr>
          <w:lang w:val="ru-RU"/>
        </w:rPr>
        <w:t>предусмотренную законодательством Российской Федерации и Договором.</w:t>
      </w:r>
    </w:p>
    <w:p w14:paraId="48ED70E8" w14:textId="77777777" w:rsidR="00365CB7" w:rsidRPr="001013D3" w:rsidRDefault="00BF18E0">
      <w:pPr>
        <w:jc w:val="both"/>
        <w:rPr>
          <w:lang w:val="ru-RU"/>
        </w:rPr>
      </w:pPr>
      <w:r w:rsidRPr="001013D3">
        <w:rPr>
          <w:lang w:val="ru-RU"/>
        </w:rPr>
        <w:t>6.2. Заказчик при обнаружении недостатка платной образовательной услуги, в том числе оказания её не в полном объеме, предусмотренном образовательными программами (частью образовательной пр</w:t>
      </w:r>
      <w:r w:rsidRPr="001013D3">
        <w:rPr>
          <w:lang w:val="ru-RU"/>
        </w:rPr>
        <w:t>ограммы), вправе потребовать возмещения в соответствии с Постановлением Правительства РФ от 15.09.2020 № 1441 «Об утверждении Правил оказания платных образовательных услуг».</w:t>
      </w:r>
    </w:p>
    <w:p w14:paraId="581140C8" w14:textId="77777777" w:rsidR="00365CB7" w:rsidRPr="001013D3" w:rsidRDefault="00BF18E0">
      <w:pPr>
        <w:jc w:val="both"/>
        <w:rPr>
          <w:lang w:val="ru-RU"/>
        </w:rPr>
      </w:pPr>
      <w:r w:rsidRPr="001013D3">
        <w:rPr>
          <w:lang w:val="ru-RU"/>
        </w:rPr>
        <w:t xml:space="preserve">6.3. Заказчик вправе отказаться от исполнения Договора и потребовать полного </w:t>
      </w:r>
      <w:r w:rsidRPr="001013D3">
        <w:rPr>
          <w:lang w:val="ru-RU"/>
        </w:rPr>
        <w:t>возмещения убытков, если в течение 1 (одного) месяца недостатки платной образовательной услуги не устранены Исполнителем.</w:t>
      </w:r>
    </w:p>
    <w:p w14:paraId="28EF23F5" w14:textId="77777777" w:rsidR="00365CB7" w:rsidRPr="001013D3" w:rsidRDefault="00BF18E0">
      <w:pPr>
        <w:jc w:val="both"/>
        <w:rPr>
          <w:lang w:val="ru-RU"/>
        </w:rPr>
      </w:pPr>
      <w:r w:rsidRPr="001013D3">
        <w:rPr>
          <w:lang w:val="ru-RU"/>
        </w:rPr>
        <w:lastRenderedPageBreak/>
        <w:t>6.4. Заказчик вправе отказаться от исполнения Договора, если им обнаружен существенный недостаток оказанной платной образовательной ус</w:t>
      </w:r>
      <w:r w:rsidRPr="001013D3">
        <w:rPr>
          <w:lang w:val="ru-RU"/>
        </w:rPr>
        <w:t>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 от условий Договора.</w:t>
      </w:r>
    </w:p>
    <w:p w14:paraId="794325AC" w14:textId="77777777" w:rsidR="00365CB7" w:rsidRPr="001013D3" w:rsidRDefault="00BF18E0">
      <w:pPr>
        <w:jc w:val="both"/>
        <w:rPr>
          <w:lang w:val="ru-RU"/>
        </w:rPr>
      </w:pPr>
      <w:r w:rsidRPr="001013D3">
        <w:rPr>
          <w:lang w:val="ru-RU"/>
        </w:rPr>
        <w:t>6.</w:t>
      </w:r>
      <w:r w:rsidRPr="001013D3">
        <w:rPr>
          <w:lang w:val="ru-RU"/>
        </w:rPr>
        <w:t>5. Заказчик вправе в случае, 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w:t>
      </w:r>
      <w:r w:rsidRPr="001013D3">
        <w:rPr>
          <w:lang w:val="ru-RU"/>
        </w:rPr>
        <w:t>ремя оказания платной образовательной услуги стало очевидным, что она не будет осуществлена в срок, потребовать компенсации в соответствии с Постановлением Правительства РФ от 15.09.2020 № 1441 «Об утверждении Правил оказания платных образовательных услуг»</w:t>
      </w:r>
      <w:r w:rsidRPr="001013D3">
        <w:rPr>
          <w:lang w:val="ru-RU"/>
        </w:rPr>
        <w:t>.</w:t>
      </w:r>
    </w:p>
    <w:p w14:paraId="2009361E" w14:textId="77777777" w:rsidR="00365CB7" w:rsidRPr="001013D3" w:rsidRDefault="00BF18E0">
      <w:pPr>
        <w:jc w:val="both"/>
        <w:rPr>
          <w:lang w:val="ru-RU"/>
        </w:rPr>
      </w:pPr>
      <w:r w:rsidRPr="001013D3">
        <w:rPr>
          <w:lang w:val="ru-RU"/>
        </w:rPr>
        <w:t>6.6. Заказчик вправе потребовать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 в порядке, установленном зако</w:t>
      </w:r>
      <w:r w:rsidRPr="001013D3">
        <w:rPr>
          <w:lang w:val="ru-RU"/>
        </w:rPr>
        <w:t>нодательством Российской Федерации.</w:t>
      </w:r>
    </w:p>
    <w:p w14:paraId="1C6DCF54" w14:textId="77777777" w:rsidR="00365CB7" w:rsidRPr="001013D3" w:rsidRDefault="00BF18E0">
      <w:pPr>
        <w:jc w:val="both"/>
        <w:rPr>
          <w:lang w:val="ru-RU"/>
        </w:rPr>
      </w:pPr>
      <w:r w:rsidRPr="001013D3">
        <w:rPr>
          <w:lang w:val="ru-RU"/>
        </w:rPr>
        <w:t xml:space="preserve">6.7. Исполнитель не несет ответственности за последствия отказа Заказчика от определенных видов занятий или оздоровительно-коррекционных мероприятий, приведших к ухудшению психологического, соматического и социального </w:t>
      </w:r>
      <w:r w:rsidRPr="001013D3">
        <w:rPr>
          <w:lang w:val="ru-RU"/>
        </w:rPr>
        <w:t>благополучия Воспитанника.</w:t>
      </w:r>
    </w:p>
    <w:p w14:paraId="3BB7865C" w14:textId="4FA10DCE" w:rsidR="00365CB7" w:rsidRPr="001013D3" w:rsidRDefault="00BF18E0">
      <w:pPr>
        <w:jc w:val="both"/>
        <w:rPr>
          <w:lang w:val="ru-RU"/>
        </w:rPr>
      </w:pPr>
      <w:r w:rsidRPr="001013D3">
        <w:rPr>
          <w:lang w:val="ru-RU"/>
        </w:rPr>
        <w:t>6.8. За несвоевременную оплату Заказчиком услуг по Договору и целевого взноса Исполнитель вправе потребовать, а Заказчик обязуется уплатить пеню в размере 0,5% от суммы задолженности за каждый день просрочки оплаты.</w:t>
      </w:r>
    </w:p>
    <w:p w14:paraId="0AAA3DC8" w14:textId="77777777" w:rsidR="00365CB7" w:rsidRPr="001013D3" w:rsidRDefault="00BF18E0">
      <w:pPr>
        <w:jc w:val="both"/>
        <w:rPr>
          <w:lang w:val="ru-RU"/>
        </w:rPr>
      </w:pPr>
      <w:r w:rsidRPr="001013D3">
        <w:rPr>
          <w:lang w:val="ru-RU"/>
        </w:rPr>
        <w:t>6.9. Все спор</w:t>
      </w:r>
      <w:r w:rsidRPr="001013D3">
        <w:rPr>
          <w:lang w:val="ru-RU"/>
        </w:rPr>
        <w:t>ы и разногласия, которые могут возникнуть при исполнении условий Договора, Стороны будут стремиться разрешать путем переговоров. Претензионный порядок рассмотрения споров обязателен для Сторон. Срок рассмотрения претензии — 10 (десять) дней с момента получ</w:t>
      </w:r>
      <w:r w:rsidRPr="001013D3">
        <w:rPr>
          <w:lang w:val="ru-RU"/>
        </w:rPr>
        <w:t>ения Стороной претензии.</w:t>
      </w:r>
    </w:p>
    <w:p w14:paraId="4010EAA3" w14:textId="77777777" w:rsidR="00365CB7" w:rsidRPr="001013D3" w:rsidRDefault="00BF18E0">
      <w:pPr>
        <w:jc w:val="both"/>
        <w:rPr>
          <w:lang w:val="ru-RU"/>
        </w:rPr>
      </w:pPr>
      <w:r w:rsidRPr="001013D3">
        <w:rPr>
          <w:lang w:val="ru-RU"/>
        </w:rPr>
        <w:t>6.10. Споры, не урегулированные путем переговоров, рассматриваются в судебном порядке, установленном законодательством Российской Федерации.</w:t>
      </w:r>
    </w:p>
    <w:p w14:paraId="640645E8" w14:textId="77777777" w:rsidR="00365CB7" w:rsidRPr="001013D3" w:rsidRDefault="00BF18E0">
      <w:pPr>
        <w:jc w:val="both"/>
        <w:rPr>
          <w:lang w:val="ru-RU"/>
        </w:rPr>
      </w:pPr>
      <w:r w:rsidRPr="001013D3">
        <w:rPr>
          <w:lang w:val="ru-RU"/>
        </w:rPr>
        <w:t>6.11. В случае размещения Заказчиком в средствах массовой информации, в том числе в сети И</w:t>
      </w:r>
      <w:r w:rsidRPr="001013D3">
        <w:rPr>
          <w:lang w:val="ru-RU"/>
        </w:rPr>
        <w:t>нтернет, сведений, наносящих ущерб деловой репутации Исполнителя, Заказчик несет личную ответственность в соответствии с законодательством Российской Федерации.</w:t>
      </w:r>
    </w:p>
    <w:p w14:paraId="5FB4B530" w14:textId="77777777" w:rsidR="00365CB7" w:rsidRPr="001013D3" w:rsidRDefault="00BF18E0">
      <w:pPr>
        <w:spacing w:before="200" w:after="120"/>
        <w:jc w:val="center"/>
        <w:rPr>
          <w:lang w:val="ru-RU"/>
        </w:rPr>
      </w:pPr>
      <w:r w:rsidRPr="001013D3">
        <w:rPr>
          <w:b/>
          <w:lang w:val="ru-RU"/>
        </w:rPr>
        <w:t>7. Основания изменения и расторжения договора</w:t>
      </w:r>
    </w:p>
    <w:p w14:paraId="3297DF76" w14:textId="77777777" w:rsidR="00365CB7" w:rsidRPr="001013D3" w:rsidRDefault="00BF18E0">
      <w:pPr>
        <w:jc w:val="both"/>
        <w:rPr>
          <w:lang w:val="ru-RU"/>
        </w:rPr>
      </w:pPr>
      <w:r w:rsidRPr="001013D3">
        <w:rPr>
          <w:lang w:val="ru-RU"/>
        </w:rPr>
        <w:t xml:space="preserve">7.1. Условия, на которых заключен Договор, могут </w:t>
      </w:r>
      <w:r w:rsidRPr="001013D3">
        <w:rPr>
          <w:lang w:val="ru-RU"/>
        </w:rPr>
        <w:t>быть изменены либо по соглашению Сторон, либо в соответствии с законодательством Российской Федерации.</w:t>
      </w:r>
    </w:p>
    <w:p w14:paraId="0764705C" w14:textId="77777777" w:rsidR="00365CB7" w:rsidRPr="001013D3" w:rsidRDefault="00BF18E0">
      <w:pPr>
        <w:jc w:val="both"/>
        <w:rPr>
          <w:lang w:val="ru-RU"/>
        </w:rPr>
      </w:pPr>
      <w:r w:rsidRPr="001013D3">
        <w:rPr>
          <w:lang w:val="ru-RU"/>
        </w:rPr>
        <w:t xml:space="preserve">7.2. Все изменения, дополнения, приложения к Договору должны быть совершены в письменной форме, подписаны уполномоченными представителями Сторон и будут </w:t>
      </w:r>
      <w:r w:rsidRPr="001013D3">
        <w:rPr>
          <w:lang w:val="ru-RU"/>
        </w:rPr>
        <w:t>являться неотъемлемыми частями Договора.</w:t>
      </w:r>
    </w:p>
    <w:p w14:paraId="33373FA1" w14:textId="77777777" w:rsidR="00365CB7" w:rsidRPr="001013D3" w:rsidRDefault="00BF18E0">
      <w:pPr>
        <w:jc w:val="both"/>
        <w:rPr>
          <w:lang w:val="ru-RU"/>
        </w:rPr>
      </w:pPr>
      <w:r w:rsidRPr="001013D3">
        <w:rPr>
          <w:lang w:val="ru-RU"/>
        </w:rPr>
        <w:t>7.3. Договор может быть расторгнут по соглашению Сторон.</w:t>
      </w:r>
    </w:p>
    <w:p w14:paraId="6990E4E5" w14:textId="77777777" w:rsidR="00365CB7" w:rsidRPr="001013D3" w:rsidRDefault="00BF18E0">
      <w:pPr>
        <w:jc w:val="both"/>
        <w:rPr>
          <w:lang w:val="ru-RU"/>
        </w:rPr>
      </w:pPr>
      <w:r w:rsidRPr="001013D3">
        <w:rPr>
          <w:lang w:val="ru-RU"/>
        </w:rPr>
        <w:t xml:space="preserve">7.4. Заказчик вправе отказаться от исполнения Договора в одностороннем внесудебном порядке, письменно уведомив об этом Исполнителя в порядке, предусмотренном </w:t>
      </w:r>
      <w:r w:rsidRPr="001013D3">
        <w:rPr>
          <w:lang w:val="ru-RU"/>
        </w:rPr>
        <w:t>разделом 9 Договора, за 14 (четырнадцать) календарных дней до даты такого отказа.</w:t>
      </w:r>
    </w:p>
    <w:p w14:paraId="76AA041F" w14:textId="77777777" w:rsidR="00365CB7" w:rsidRPr="001013D3" w:rsidRDefault="00BF18E0">
      <w:pPr>
        <w:jc w:val="both"/>
        <w:rPr>
          <w:lang w:val="ru-RU"/>
        </w:rPr>
      </w:pPr>
      <w:r w:rsidRPr="001013D3">
        <w:rPr>
          <w:lang w:val="ru-RU"/>
        </w:rPr>
        <w:t>7.5. По инициативе Исполнителя Договор может быть расторгнут в одностороннем внесудебном порядке с уведомлением Заказчика за 14 (четырнадцать) календарных дней в следующих сл</w:t>
      </w:r>
      <w:r w:rsidRPr="001013D3">
        <w:rPr>
          <w:lang w:val="ru-RU"/>
        </w:rPr>
        <w:t>учаях:</w:t>
      </w:r>
    </w:p>
    <w:p w14:paraId="736D1EC8" w14:textId="77777777" w:rsidR="00365CB7" w:rsidRPr="001013D3" w:rsidRDefault="00BF18E0">
      <w:pPr>
        <w:ind w:left="425"/>
        <w:jc w:val="both"/>
        <w:rPr>
          <w:lang w:val="ru-RU"/>
        </w:rPr>
      </w:pPr>
      <w:r w:rsidRPr="001013D3">
        <w:rPr>
          <w:lang w:val="ru-RU"/>
        </w:rPr>
        <w:t>— просрочка оплаты Заказчиком стоимости услуг по Договору;</w:t>
      </w:r>
    </w:p>
    <w:p w14:paraId="3C42D2B9" w14:textId="77777777" w:rsidR="00365CB7" w:rsidRPr="001013D3" w:rsidRDefault="00BF18E0">
      <w:pPr>
        <w:ind w:left="425"/>
        <w:jc w:val="both"/>
        <w:rPr>
          <w:lang w:val="ru-RU"/>
        </w:rPr>
      </w:pPr>
      <w:r w:rsidRPr="001013D3">
        <w:rPr>
          <w:lang w:val="ru-RU"/>
        </w:rPr>
        <w:t>— невозможность надлежащего исполнения обязательств по оказанию платных образовательных услуг вследствие действий (бездействия) Заказчика.</w:t>
      </w:r>
    </w:p>
    <w:p w14:paraId="6A9AC49E" w14:textId="77777777" w:rsidR="00365CB7" w:rsidRPr="001013D3" w:rsidRDefault="00BF18E0">
      <w:pPr>
        <w:jc w:val="both"/>
        <w:rPr>
          <w:lang w:val="ru-RU"/>
        </w:rPr>
      </w:pPr>
      <w:r w:rsidRPr="001013D3">
        <w:rPr>
          <w:lang w:val="ru-RU"/>
        </w:rPr>
        <w:t>Под действием (бездействием) Заказчика следует пони</w:t>
      </w:r>
      <w:r w:rsidRPr="001013D3">
        <w:rPr>
          <w:lang w:val="ru-RU"/>
        </w:rPr>
        <w:t>мать:</w:t>
      </w:r>
    </w:p>
    <w:p w14:paraId="4E75D131" w14:textId="77777777" w:rsidR="00365CB7" w:rsidRPr="001013D3" w:rsidRDefault="00BF18E0">
      <w:pPr>
        <w:ind w:left="425"/>
        <w:jc w:val="both"/>
        <w:rPr>
          <w:lang w:val="ru-RU"/>
        </w:rPr>
      </w:pPr>
      <w:r w:rsidRPr="001013D3">
        <w:rPr>
          <w:lang w:val="ru-RU"/>
        </w:rPr>
        <w:t>— неоднократное нарушение положений Устава и локальных актов Исполнителя;</w:t>
      </w:r>
    </w:p>
    <w:p w14:paraId="18E71EF1" w14:textId="77777777" w:rsidR="00365CB7" w:rsidRPr="001013D3" w:rsidRDefault="00BF18E0">
      <w:pPr>
        <w:ind w:left="425"/>
        <w:jc w:val="both"/>
        <w:rPr>
          <w:lang w:val="ru-RU"/>
        </w:rPr>
      </w:pPr>
      <w:r w:rsidRPr="001013D3">
        <w:rPr>
          <w:lang w:val="ru-RU"/>
        </w:rPr>
        <w:t>— неоднократное нарушение рекомендаций педагогических работников Исполнителя;</w:t>
      </w:r>
    </w:p>
    <w:p w14:paraId="759ACABB" w14:textId="77777777" w:rsidR="00365CB7" w:rsidRPr="001013D3" w:rsidRDefault="00BF18E0">
      <w:pPr>
        <w:ind w:left="425"/>
        <w:jc w:val="both"/>
        <w:rPr>
          <w:lang w:val="ru-RU"/>
        </w:rPr>
      </w:pPr>
      <w:r w:rsidRPr="001013D3">
        <w:rPr>
          <w:lang w:val="ru-RU"/>
        </w:rPr>
        <w:t>— непосещение Воспитанником образовательной организации в течение 30 календарных дней без уважител</w:t>
      </w:r>
      <w:r w:rsidRPr="001013D3">
        <w:rPr>
          <w:lang w:val="ru-RU"/>
        </w:rPr>
        <w:t>ьной причины, за исключением случаев, предусмотренных п. 2.3.14 Договора.</w:t>
      </w:r>
    </w:p>
    <w:p w14:paraId="4E605734" w14:textId="77777777" w:rsidR="00365CB7" w:rsidRPr="001013D3" w:rsidRDefault="00BF18E0">
      <w:pPr>
        <w:jc w:val="both"/>
        <w:rPr>
          <w:lang w:val="ru-RU"/>
        </w:rPr>
      </w:pPr>
      <w:r w:rsidRPr="001013D3">
        <w:rPr>
          <w:lang w:val="ru-RU"/>
        </w:rPr>
        <w:lastRenderedPageBreak/>
        <w:t>7.6. Прекращение настоящего Договора по любым основаниям влечет за собой отчисление Воспитанника из образовательной организации. Днем расторжения Договора считается дата издания прик</w:t>
      </w:r>
      <w:r w:rsidRPr="001013D3">
        <w:rPr>
          <w:lang w:val="ru-RU"/>
        </w:rPr>
        <w:t>аза об отчислении Воспитанника.</w:t>
      </w:r>
    </w:p>
    <w:p w14:paraId="60FE35B0" w14:textId="77777777" w:rsidR="00365CB7" w:rsidRPr="001013D3" w:rsidRDefault="00BF18E0">
      <w:pPr>
        <w:jc w:val="both"/>
        <w:rPr>
          <w:lang w:val="ru-RU"/>
        </w:rPr>
      </w:pPr>
      <w:r w:rsidRPr="001013D3">
        <w:rPr>
          <w:lang w:val="ru-RU"/>
        </w:rPr>
        <w:t>7.7. В случае отчисления Воспитанника из образовательной организации при наличии письменного заявления Заказчика и при отсутствии задолженности по оплате услуг Заказчику выдаются на руки соответствующие документы и медицинск</w:t>
      </w:r>
      <w:r w:rsidRPr="001013D3">
        <w:rPr>
          <w:lang w:val="ru-RU"/>
        </w:rPr>
        <w:t>ая карта Воспитанника.</w:t>
      </w:r>
    </w:p>
    <w:p w14:paraId="135E8BF0" w14:textId="77777777" w:rsidR="00365CB7" w:rsidRPr="001013D3" w:rsidRDefault="00BF18E0">
      <w:pPr>
        <w:jc w:val="both"/>
        <w:rPr>
          <w:lang w:val="ru-RU"/>
        </w:rPr>
      </w:pPr>
      <w:r w:rsidRPr="001013D3">
        <w:rPr>
          <w:lang w:val="ru-RU"/>
        </w:rPr>
        <w:t>7.8. По инициативе одной из Сторон Договор может быть расторгнут по иным основаниям, предусмотренным настоящим Договором и действующим законодательством Российской Федерации.</w:t>
      </w:r>
    </w:p>
    <w:p w14:paraId="2D2B385A" w14:textId="77777777" w:rsidR="00365CB7" w:rsidRPr="001013D3" w:rsidRDefault="00BF18E0">
      <w:pPr>
        <w:spacing w:before="200" w:after="120"/>
        <w:jc w:val="center"/>
        <w:rPr>
          <w:lang w:val="ru-RU"/>
        </w:rPr>
      </w:pPr>
      <w:r w:rsidRPr="001013D3">
        <w:rPr>
          <w:b/>
          <w:lang w:val="ru-RU"/>
        </w:rPr>
        <w:t>8. Форс-мажорные обстоятельства</w:t>
      </w:r>
    </w:p>
    <w:p w14:paraId="6E1D9714" w14:textId="77777777" w:rsidR="00365CB7" w:rsidRPr="001013D3" w:rsidRDefault="00BF18E0">
      <w:pPr>
        <w:jc w:val="both"/>
        <w:rPr>
          <w:lang w:val="ru-RU"/>
        </w:rPr>
      </w:pPr>
      <w:r w:rsidRPr="001013D3">
        <w:rPr>
          <w:lang w:val="ru-RU"/>
        </w:rPr>
        <w:t>8.1. Стороны не несут отве</w:t>
      </w:r>
      <w:r w:rsidRPr="001013D3">
        <w:rPr>
          <w:lang w:val="ru-RU"/>
        </w:rPr>
        <w:t>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предвидеть и предотвратить. К форс-</w:t>
      </w:r>
      <w:r w:rsidRPr="001013D3">
        <w:rPr>
          <w:lang w:val="ru-RU"/>
        </w:rPr>
        <w:t>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w:t>
      </w:r>
      <w:r w:rsidRPr="001013D3">
        <w:rPr>
          <w:lang w:val="ru-RU"/>
        </w:rPr>
        <w:t>х условий, эпидемии, пандемии, повышение ключевой ставки ЦБ РФ более чем на пять процентов, чрезвычайные ситуации, в том числе в сфере здравоохранения и образования.</w:t>
      </w:r>
    </w:p>
    <w:p w14:paraId="0039D7ED" w14:textId="77777777" w:rsidR="00365CB7" w:rsidRPr="001013D3" w:rsidRDefault="00BF18E0">
      <w:pPr>
        <w:jc w:val="both"/>
        <w:rPr>
          <w:lang w:val="ru-RU"/>
        </w:rPr>
      </w:pPr>
      <w:r w:rsidRPr="001013D3">
        <w:rPr>
          <w:lang w:val="ru-RU"/>
        </w:rPr>
        <w:t>К обстоятельствам непреодолимой силы также относится введение органами государственной и м</w:t>
      </w:r>
      <w:r w:rsidRPr="001013D3">
        <w:rPr>
          <w:lang w:val="ru-RU"/>
        </w:rPr>
        <w:t xml:space="preserve">униципальной власти ограничительных мер в связи с угрозой распространения на территории Российской Федерации инфекционных заболеваний, в том числе запрет на проведение массовых мероприятий, а также введение нерабочих дней в период действия ограничительных </w:t>
      </w:r>
      <w:r w:rsidRPr="001013D3">
        <w:rPr>
          <w:lang w:val="ru-RU"/>
        </w:rPr>
        <w:t>мер.</w:t>
      </w:r>
    </w:p>
    <w:p w14:paraId="461D43BD" w14:textId="77777777" w:rsidR="00365CB7" w:rsidRPr="001013D3" w:rsidRDefault="00BF18E0">
      <w:pPr>
        <w:jc w:val="both"/>
        <w:rPr>
          <w:lang w:val="ru-RU"/>
        </w:rPr>
      </w:pPr>
      <w:r w:rsidRPr="001013D3">
        <w:rPr>
          <w:lang w:val="ru-RU"/>
        </w:rPr>
        <w:t>8.2. При наступлении обстоятельств, указанных в п. 8.1 Договора, Сторона должна уведомить о них в письменном виде другую Сторону в течение 5 (пяти) рабочих дней.</w:t>
      </w:r>
    </w:p>
    <w:p w14:paraId="6BBC7CAE" w14:textId="77777777" w:rsidR="00365CB7" w:rsidRPr="001013D3" w:rsidRDefault="00BF18E0">
      <w:pPr>
        <w:jc w:val="both"/>
        <w:rPr>
          <w:lang w:val="ru-RU"/>
        </w:rPr>
      </w:pPr>
      <w:r w:rsidRPr="001013D3">
        <w:rPr>
          <w:lang w:val="ru-RU"/>
        </w:rPr>
        <w:t>8.3. Исполнитель оставляет за собой право в одностороннем порядке увеличить стоимость ока</w:t>
      </w:r>
      <w:r w:rsidRPr="001013D3">
        <w:rPr>
          <w:lang w:val="ru-RU"/>
        </w:rPr>
        <w:t>зываемых услуг в случае повышения ключевой ставки ЦБ РФ более чем на пять процентов с даты начала учебного года, но не ранее трех месяцев со дня заключения Договора.</w:t>
      </w:r>
    </w:p>
    <w:p w14:paraId="39081154" w14:textId="77777777" w:rsidR="00365CB7" w:rsidRPr="001013D3" w:rsidRDefault="00BF18E0">
      <w:pPr>
        <w:jc w:val="both"/>
        <w:rPr>
          <w:lang w:val="ru-RU"/>
        </w:rPr>
      </w:pPr>
      <w:r w:rsidRPr="001013D3">
        <w:rPr>
          <w:lang w:val="ru-RU"/>
        </w:rPr>
        <w:t>8.4. Несмотря на вышесказанное, в случае форс-мажора Стороны прилагают все усилия для удов</w:t>
      </w:r>
      <w:r w:rsidRPr="001013D3">
        <w:rPr>
          <w:lang w:val="ru-RU"/>
        </w:rPr>
        <w:t>летворительного решения возникших трудностей.</w:t>
      </w:r>
    </w:p>
    <w:p w14:paraId="058D8F92" w14:textId="77777777" w:rsidR="00365CB7" w:rsidRPr="001013D3" w:rsidRDefault="00BF18E0">
      <w:pPr>
        <w:jc w:val="both"/>
        <w:rPr>
          <w:lang w:val="ru-RU"/>
        </w:rPr>
      </w:pPr>
      <w:r w:rsidRPr="001013D3">
        <w:rPr>
          <w:lang w:val="ru-RU"/>
        </w:rPr>
        <w:t>8.5. В случае несогласования новых условий Договора Сторонами по каким-либо причинам Договор может быть расторгнут любой из Сторон.</w:t>
      </w:r>
    </w:p>
    <w:p w14:paraId="22C99587" w14:textId="77777777" w:rsidR="00365CB7" w:rsidRPr="001013D3" w:rsidRDefault="00BF18E0">
      <w:pPr>
        <w:spacing w:before="200" w:after="120"/>
        <w:jc w:val="center"/>
        <w:rPr>
          <w:lang w:val="ru-RU"/>
        </w:rPr>
      </w:pPr>
      <w:r w:rsidRPr="001013D3">
        <w:rPr>
          <w:b/>
          <w:lang w:val="ru-RU"/>
        </w:rPr>
        <w:t>9. Заключительные положения. Порядок направления заявлений и уведомлений</w:t>
      </w:r>
    </w:p>
    <w:p w14:paraId="2A7A2C71" w14:textId="77777777" w:rsidR="00365CB7" w:rsidRPr="001013D3" w:rsidRDefault="00BF18E0">
      <w:pPr>
        <w:jc w:val="both"/>
        <w:rPr>
          <w:lang w:val="ru-RU"/>
        </w:rPr>
      </w:pPr>
      <w:r w:rsidRPr="001013D3">
        <w:rPr>
          <w:lang w:val="ru-RU"/>
        </w:rPr>
        <w:t xml:space="preserve">9.1. </w:t>
      </w:r>
      <w:r w:rsidRPr="001013D3">
        <w:rPr>
          <w:lang w:val="ru-RU"/>
        </w:rPr>
        <w:t>Договор вступает в силу с «____» ____________ 2026 г. и действует по «31» августа 2027 г.</w:t>
      </w:r>
    </w:p>
    <w:p w14:paraId="2C07C112" w14:textId="77777777" w:rsidR="00365CB7" w:rsidRPr="001013D3" w:rsidRDefault="00BF18E0">
      <w:pPr>
        <w:jc w:val="both"/>
        <w:rPr>
          <w:lang w:val="ru-RU"/>
        </w:rPr>
      </w:pPr>
      <w:r w:rsidRPr="001013D3">
        <w:rPr>
          <w:lang w:val="ru-RU"/>
        </w:rPr>
        <w:t>9.2. Договор составлен в двух экземплярах, имеющих равную юридическую силу, по одному для каждой из Сторон.</w:t>
      </w:r>
    </w:p>
    <w:p w14:paraId="40869719" w14:textId="77777777" w:rsidR="00365CB7" w:rsidRPr="001013D3" w:rsidRDefault="00BF18E0">
      <w:pPr>
        <w:jc w:val="both"/>
        <w:rPr>
          <w:lang w:val="ru-RU"/>
        </w:rPr>
      </w:pPr>
      <w:r w:rsidRPr="001013D3">
        <w:rPr>
          <w:lang w:val="ru-RU"/>
        </w:rPr>
        <w:t>9.3. С момента подписания Договора все предыдущие договоры</w:t>
      </w:r>
      <w:r w:rsidRPr="001013D3">
        <w:rPr>
          <w:lang w:val="ru-RU"/>
        </w:rPr>
        <w:t>, переписка и переговоры между Сторонами относительно предмета и содержания договора утрачивают силу.</w:t>
      </w:r>
    </w:p>
    <w:p w14:paraId="065F5F78" w14:textId="77777777" w:rsidR="00365CB7" w:rsidRPr="001013D3" w:rsidRDefault="00BF18E0">
      <w:pPr>
        <w:jc w:val="both"/>
        <w:rPr>
          <w:lang w:val="ru-RU"/>
        </w:rPr>
      </w:pPr>
      <w:r w:rsidRPr="001013D3">
        <w:rPr>
          <w:lang w:val="ru-RU"/>
        </w:rPr>
        <w:t>9.4. Стороны обязуются письменно извещать друг друга о смене реквизитов, адресов и иных существенных изменениях.</w:t>
      </w:r>
    </w:p>
    <w:p w14:paraId="13DE39B7" w14:textId="77777777" w:rsidR="00365CB7" w:rsidRPr="001013D3" w:rsidRDefault="00BF18E0">
      <w:pPr>
        <w:jc w:val="both"/>
        <w:rPr>
          <w:lang w:val="ru-RU"/>
        </w:rPr>
      </w:pPr>
      <w:r w:rsidRPr="001013D3">
        <w:rPr>
          <w:lang w:val="ru-RU"/>
        </w:rPr>
        <w:t>9.5. Ни одна из Сторон не вправе передава</w:t>
      </w:r>
      <w:r w:rsidRPr="001013D3">
        <w:rPr>
          <w:lang w:val="ru-RU"/>
        </w:rPr>
        <w:t>ть свои права и обязанности по Договору третьим лицам без письменного согласия другой Стороны.</w:t>
      </w:r>
    </w:p>
    <w:p w14:paraId="4F58E105" w14:textId="77777777" w:rsidR="00365CB7" w:rsidRPr="001013D3" w:rsidRDefault="00BF18E0">
      <w:pPr>
        <w:jc w:val="both"/>
        <w:rPr>
          <w:lang w:val="ru-RU"/>
        </w:rPr>
      </w:pPr>
      <w:r w:rsidRPr="001013D3">
        <w:rPr>
          <w:lang w:val="ru-RU"/>
        </w:rPr>
        <w:t>9.6. При выполнении условий Договора Стороны руководствуются законодательством Российской Федерации.</w:t>
      </w:r>
    </w:p>
    <w:p w14:paraId="1FBD57DB" w14:textId="77777777" w:rsidR="00365CB7" w:rsidRPr="001013D3" w:rsidRDefault="00BF18E0">
      <w:pPr>
        <w:jc w:val="both"/>
        <w:rPr>
          <w:lang w:val="ru-RU"/>
        </w:rPr>
      </w:pPr>
      <w:r w:rsidRPr="001013D3">
        <w:rPr>
          <w:lang w:val="ru-RU"/>
        </w:rPr>
        <w:t>9.7. Все заявления, уведомления, обращения и возражения Зака</w:t>
      </w:r>
      <w:r w:rsidRPr="001013D3">
        <w:rPr>
          <w:lang w:val="ru-RU"/>
        </w:rPr>
        <w:t>зчика, направленные на возникновение, изменение или прекращение обязательств по Договору, в том числе заявление о сохранении места за Воспитанником, заявление об отказе от исполнения Договора и его расторжении, заявление об отчислении Воспитанника, заявлен</w:t>
      </w:r>
      <w:r w:rsidRPr="001013D3">
        <w:rPr>
          <w:lang w:val="ru-RU"/>
        </w:rPr>
        <w:t xml:space="preserve">ие о возврате денежных средств, заявление об оплате услуг третьим лицом, мотивированные возражения на Акт об оказанных услугах, — подаются исключительно в письменной форме на бумажном носителе, содержат собственноручную подпись Заказчика и вручаются </w:t>
      </w:r>
      <w:r w:rsidRPr="001013D3">
        <w:rPr>
          <w:lang w:val="ru-RU"/>
        </w:rPr>
        <w:lastRenderedPageBreak/>
        <w:t>уполно</w:t>
      </w:r>
      <w:r w:rsidRPr="001013D3">
        <w:rPr>
          <w:lang w:val="ru-RU"/>
        </w:rPr>
        <w:t>моченному представителю Исполнителя под роспись с проставлением отметки о дате получения либо направляются по адресу Исполнителя, указанному в разделе 11 Договора, заказным почтовым отправлением с описью вложения и уведомлением о вручении.</w:t>
      </w:r>
    </w:p>
    <w:p w14:paraId="3DE03AA2" w14:textId="77777777" w:rsidR="00365CB7" w:rsidRPr="001013D3" w:rsidRDefault="00BF18E0">
      <w:pPr>
        <w:jc w:val="both"/>
        <w:rPr>
          <w:lang w:val="ru-RU"/>
        </w:rPr>
      </w:pPr>
      <w:r w:rsidRPr="001013D3">
        <w:rPr>
          <w:lang w:val="ru-RU"/>
        </w:rPr>
        <w:t>9.8. Сообщения З</w:t>
      </w:r>
      <w:r w:rsidRPr="001013D3">
        <w:rPr>
          <w:lang w:val="ru-RU"/>
        </w:rPr>
        <w:t xml:space="preserve">аказчика, направленные посредством электронной почты, </w:t>
      </w:r>
      <w:proofErr w:type="spellStart"/>
      <w:r w:rsidRPr="001013D3">
        <w:rPr>
          <w:lang w:val="ru-RU"/>
        </w:rPr>
        <w:t>мессенджеров</w:t>
      </w:r>
      <w:proofErr w:type="spellEnd"/>
      <w:r w:rsidRPr="001013D3">
        <w:rPr>
          <w:lang w:val="ru-RU"/>
        </w:rPr>
        <w:t>, СМС-сообщений, социальных сетей, мобильных приложений, телефонных звонков и иных средств электронной коммуникации, не являются надлежащим уведомлением Исполнителя, не порождают правовых по</w:t>
      </w:r>
      <w:r w:rsidRPr="001013D3">
        <w:rPr>
          <w:lang w:val="ru-RU"/>
        </w:rPr>
        <w:t>следствий, предусмотренных Договором, и не влекут начала течения установленных Договором сроков.</w:t>
      </w:r>
    </w:p>
    <w:p w14:paraId="5E363D07" w14:textId="77777777" w:rsidR="00365CB7" w:rsidRPr="001013D3" w:rsidRDefault="00BF18E0">
      <w:pPr>
        <w:jc w:val="both"/>
        <w:rPr>
          <w:lang w:val="ru-RU"/>
        </w:rPr>
      </w:pPr>
      <w:r w:rsidRPr="001013D3">
        <w:rPr>
          <w:lang w:val="ru-RU"/>
        </w:rPr>
        <w:t>9.9. Сроки, установленные Договором для заявлений и уведомлений Заказчика, исчисляются со дня, следующего за днем фактического получения Исполнителем письменно</w:t>
      </w:r>
      <w:r w:rsidRPr="001013D3">
        <w:rPr>
          <w:lang w:val="ru-RU"/>
        </w:rPr>
        <w:t>го заявления, оформленного и поданного в соответствии с п. 9.7 Договора. Дата, проставленная Заказчиком в тексте заявления, правового значения для исчисления сроков не имеет.</w:t>
      </w:r>
    </w:p>
    <w:p w14:paraId="61D03020" w14:textId="77777777" w:rsidR="00365CB7" w:rsidRPr="001013D3" w:rsidRDefault="00BF18E0">
      <w:pPr>
        <w:jc w:val="both"/>
        <w:rPr>
          <w:lang w:val="ru-RU"/>
        </w:rPr>
      </w:pPr>
      <w:r w:rsidRPr="001013D3">
        <w:rPr>
          <w:lang w:val="ru-RU"/>
        </w:rPr>
        <w:t>9.10. Положения пунктов 9.7–9.9 Договора не применяются к сообщениям и уведомлени</w:t>
      </w:r>
      <w:r w:rsidRPr="001013D3">
        <w:rPr>
          <w:lang w:val="ru-RU"/>
        </w:rPr>
        <w:t>ям, направляемым Исполнителем Заказчику. Исполнитель вправе направлять Заказчику счета, акты об оказанных услугах, уведомления о приостановлении оказания услуг и иные сообщения по адресу электронной почты, номеру телефона и через мессенджеры, указанные Зак</w:t>
      </w:r>
      <w:r w:rsidRPr="001013D3">
        <w:rPr>
          <w:lang w:val="ru-RU"/>
        </w:rPr>
        <w:t>азчиком в разделе 11 Договора; такие сообщения считаются полученными Заказчиком в день их отправки.</w:t>
      </w:r>
    </w:p>
    <w:p w14:paraId="0AD31BC3" w14:textId="77777777" w:rsidR="00365CB7" w:rsidRPr="001013D3" w:rsidRDefault="00BF18E0">
      <w:pPr>
        <w:jc w:val="both"/>
        <w:rPr>
          <w:lang w:val="ru-RU"/>
        </w:rPr>
      </w:pPr>
      <w:r w:rsidRPr="001013D3">
        <w:rPr>
          <w:lang w:val="ru-RU"/>
        </w:rPr>
        <w:t>9.11. Стороны обязуются сохранять в режиме конфиденциальности сведения, полученные одной Стороной в отношении другой в ходе исполнения обязательств по насто</w:t>
      </w:r>
      <w:r w:rsidRPr="001013D3">
        <w:rPr>
          <w:lang w:val="ru-RU"/>
        </w:rPr>
        <w:t>ящему Договору, за исключением случаев, установленных законодательством Российской Федерации. В случае нарушения конфиденциальности Сторона, совершившая нарушение, обязана возместить другой Стороне убытки, понесенные ею в результате такого нарушения.</w:t>
      </w:r>
    </w:p>
    <w:p w14:paraId="5FDCBD0A" w14:textId="77777777" w:rsidR="00365CB7" w:rsidRPr="001013D3" w:rsidRDefault="00BF18E0">
      <w:pPr>
        <w:jc w:val="both"/>
        <w:rPr>
          <w:lang w:val="ru-RU"/>
        </w:rPr>
      </w:pPr>
      <w:r w:rsidRPr="001013D3">
        <w:rPr>
          <w:lang w:val="ru-RU"/>
        </w:rPr>
        <w:t>9.12.</w:t>
      </w:r>
      <w:r w:rsidRPr="001013D3">
        <w:rPr>
          <w:lang w:val="ru-RU"/>
        </w:rPr>
        <w:t xml:space="preserve"> Зачисление Воспитанника в образовательную организацию без оформления настоящего Договора не производится.</w:t>
      </w:r>
    </w:p>
    <w:p w14:paraId="324D0120" w14:textId="77777777" w:rsidR="00365CB7" w:rsidRPr="001013D3" w:rsidRDefault="00BF18E0">
      <w:pPr>
        <w:jc w:val="both"/>
        <w:rPr>
          <w:lang w:val="ru-RU"/>
        </w:rPr>
      </w:pPr>
      <w:r w:rsidRPr="001013D3">
        <w:rPr>
          <w:lang w:val="ru-RU"/>
        </w:rPr>
        <w:t>9.13. Заключение договора на следующий учебный год возможно только при наличии свободных мест в группе соответствующего возраста и при отсутствии у З</w:t>
      </w:r>
      <w:r w:rsidRPr="001013D3">
        <w:rPr>
          <w:lang w:val="ru-RU"/>
        </w:rPr>
        <w:t>аказчика задолженности по текущему и предыдущим договорам.</w:t>
      </w:r>
    </w:p>
    <w:p w14:paraId="4F30EFF5" w14:textId="77777777" w:rsidR="00365CB7" w:rsidRPr="001013D3" w:rsidRDefault="00BF18E0">
      <w:pPr>
        <w:jc w:val="both"/>
        <w:rPr>
          <w:lang w:val="ru-RU"/>
        </w:rPr>
      </w:pPr>
      <w:r w:rsidRPr="001013D3">
        <w:rPr>
          <w:lang w:val="ru-RU"/>
        </w:rPr>
        <w:t>9.14. Неотъемлемыми частями настоящего Договора являются: Приложение №1 «Перечень дошкольных образовательных услуг», Приложение №2 «Согласие на обработку персональных данных», Приложение №3 «Соглас</w:t>
      </w:r>
      <w:r w:rsidRPr="001013D3">
        <w:rPr>
          <w:lang w:val="ru-RU"/>
        </w:rPr>
        <w:t>ие на психолого-педагогическое сопровождение Воспитанника».</w:t>
      </w:r>
    </w:p>
    <w:p w14:paraId="237260D9" w14:textId="77777777" w:rsidR="00365CB7" w:rsidRPr="001013D3" w:rsidRDefault="00BF18E0">
      <w:pPr>
        <w:spacing w:before="200" w:after="120"/>
        <w:jc w:val="center"/>
        <w:rPr>
          <w:lang w:val="ru-RU"/>
        </w:rPr>
      </w:pPr>
      <w:r w:rsidRPr="001013D3">
        <w:rPr>
          <w:b/>
          <w:lang w:val="ru-RU"/>
        </w:rPr>
        <w:t>10. Особые условия договора</w:t>
      </w:r>
    </w:p>
    <w:p w14:paraId="75FA2C50" w14:textId="77777777" w:rsidR="00365CB7" w:rsidRPr="001013D3" w:rsidRDefault="00BF18E0">
      <w:pPr>
        <w:jc w:val="both"/>
        <w:rPr>
          <w:lang w:val="ru-RU"/>
        </w:rPr>
      </w:pPr>
      <w:r w:rsidRPr="001013D3">
        <w:rPr>
          <w:lang w:val="ru-RU"/>
        </w:rPr>
        <w:t>10.1. Заказчику разъяснено содержание всех положений Договора, и он не имеет невыясненных вопросов по их содержанию.</w:t>
      </w:r>
    </w:p>
    <w:p w14:paraId="1982DDD8" w14:textId="709B66CF" w:rsidR="00365CB7" w:rsidRPr="001013D3" w:rsidRDefault="00BF18E0">
      <w:pPr>
        <w:jc w:val="both"/>
        <w:rPr>
          <w:lang w:val="ru-RU"/>
        </w:rPr>
      </w:pPr>
      <w:r w:rsidRPr="001013D3">
        <w:rPr>
          <w:lang w:val="ru-RU"/>
        </w:rPr>
        <w:t xml:space="preserve">10.2. Отметка о применении освобождения от уплаты </w:t>
      </w:r>
      <w:r w:rsidRPr="001013D3">
        <w:rPr>
          <w:lang w:val="ru-RU"/>
        </w:rPr>
        <w:t>целевого взноса (п. 3.5 Договора): Договор заключается впервые ☐ / Договор заключается в порядке продолжения отношений, взнос не уплачивается ☐.</w:t>
      </w:r>
    </w:p>
    <w:p w14:paraId="4C8566C8" w14:textId="77777777" w:rsidR="00365CB7" w:rsidRDefault="00BF18E0">
      <w:pPr>
        <w:jc w:val="both"/>
      </w:pPr>
      <w:r w:rsidRPr="001013D3">
        <w:rPr>
          <w:lang w:val="ru-RU"/>
        </w:rPr>
        <w:t xml:space="preserve">10.3. Заказчику разъяснено, что заявления и уведомления, направленные по электронной почте, в </w:t>
      </w:r>
      <w:proofErr w:type="spellStart"/>
      <w:r w:rsidRPr="001013D3">
        <w:rPr>
          <w:lang w:val="ru-RU"/>
        </w:rPr>
        <w:t>мессенджерах</w:t>
      </w:r>
      <w:proofErr w:type="spellEnd"/>
      <w:r w:rsidRPr="001013D3">
        <w:rPr>
          <w:lang w:val="ru-RU"/>
        </w:rPr>
        <w:t xml:space="preserve"> и по</w:t>
      </w:r>
      <w:r w:rsidRPr="001013D3">
        <w:rPr>
          <w:lang w:val="ru-RU"/>
        </w:rPr>
        <w:t xml:space="preserve">средством СМС-сообщений, не порождают правовых последствий (пункты 9.7–9.9 Договора). </w:t>
      </w:r>
      <w:r>
        <w:t>______________ (</w:t>
      </w:r>
      <w:proofErr w:type="spellStart"/>
      <w:r>
        <w:t>подпись</w:t>
      </w:r>
      <w:proofErr w:type="spellEnd"/>
      <w:r>
        <w:t xml:space="preserve"> </w:t>
      </w:r>
      <w:proofErr w:type="spellStart"/>
      <w:r>
        <w:t>Заказчика</w:t>
      </w:r>
      <w:proofErr w:type="spellEnd"/>
      <w:r>
        <w:t>)</w:t>
      </w:r>
    </w:p>
    <w:p w14:paraId="34C4F327" w14:textId="77777777" w:rsidR="00365CB7" w:rsidRDefault="00BF18E0">
      <w:r>
        <w:br w:type="page"/>
      </w:r>
    </w:p>
    <w:p w14:paraId="02B0F99C" w14:textId="77777777" w:rsidR="00365CB7" w:rsidRDefault="00BF18E0">
      <w:pPr>
        <w:spacing w:before="200" w:after="120"/>
        <w:jc w:val="center"/>
      </w:pPr>
      <w:r>
        <w:rPr>
          <w:b/>
        </w:rPr>
        <w:lastRenderedPageBreak/>
        <w:t>11. Реквизиты и подписи Сторон</w:t>
      </w:r>
    </w:p>
    <w:tbl>
      <w:tblPr>
        <w:tblStyle w:val="aff0"/>
        <w:tblW w:w="0" w:type="auto"/>
        <w:tblLayout w:type="fixed"/>
        <w:tblLook w:val="04A0" w:firstRow="1" w:lastRow="0" w:firstColumn="1" w:lastColumn="0" w:noHBand="0" w:noVBand="1"/>
      </w:tblPr>
      <w:tblGrid>
        <w:gridCol w:w="4819"/>
        <w:gridCol w:w="4819"/>
      </w:tblGrid>
      <w:tr w:rsidR="00365CB7" w:rsidRPr="00584257" w14:paraId="2A8DDB4A" w14:textId="77777777">
        <w:trPr>
          <w:cantSplit/>
        </w:trPr>
        <w:tc>
          <w:tcPr>
            <w:tcW w:w="4819" w:type="dxa"/>
          </w:tcPr>
          <w:p w14:paraId="5A64925D" w14:textId="77777777" w:rsidR="00365CB7" w:rsidRPr="001013D3" w:rsidRDefault="00BF18E0">
            <w:pPr>
              <w:spacing w:after="40"/>
              <w:rPr>
                <w:lang w:val="ru-RU"/>
              </w:rPr>
            </w:pPr>
            <w:r w:rsidRPr="001013D3">
              <w:rPr>
                <w:b/>
                <w:sz w:val="18"/>
                <w:lang w:val="ru-RU"/>
              </w:rPr>
              <w:t>Автономная Некоммерческая Организация Дошкольного Образования Детский Сад «САВУШКА»</w:t>
            </w:r>
          </w:p>
          <w:p w14:paraId="5F4FD892" w14:textId="77777777" w:rsidR="00365CB7" w:rsidRPr="001013D3" w:rsidRDefault="00BF18E0">
            <w:pPr>
              <w:spacing w:after="40"/>
              <w:rPr>
                <w:lang w:val="ru-RU"/>
              </w:rPr>
            </w:pPr>
            <w:r w:rsidRPr="001013D3">
              <w:rPr>
                <w:b/>
                <w:sz w:val="18"/>
                <w:lang w:val="ru-RU"/>
              </w:rPr>
              <w:t>(АНО ДО Детский Са</w:t>
            </w:r>
            <w:r w:rsidRPr="001013D3">
              <w:rPr>
                <w:b/>
                <w:sz w:val="18"/>
                <w:lang w:val="ru-RU"/>
              </w:rPr>
              <w:t>д «Савушка»)</w:t>
            </w:r>
          </w:p>
          <w:p w14:paraId="15344144" w14:textId="77777777" w:rsidR="00365CB7" w:rsidRPr="001013D3" w:rsidRDefault="00BF18E0">
            <w:pPr>
              <w:spacing w:after="40"/>
              <w:rPr>
                <w:lang w:val="ru-RU"/>
              </w:rPr>
            </w:pPr>
            <w:r w:rsidRPr="001013D3">
              <w:rPr>
                <w:sz w:val="18"/>
                <w:lang w:val="ru-RU"/>
              </w:rPr>
              <w:t xml:space="preserve">Юридический адрес: 141408, Московская область, г. Химки, </w:t>
            </w:r>
            <w:proofErr w:type="spellStart"/>
            <w:r w:rsidRPr="001013D3">
              <w:rPr>
                <w:sz w:val="18"/>
                <w:lang w:val="ru-RU"/>
              </w:rPr>
              <w:t>мкр</w:t>
            </w:r>
            <w:proofErr w:type="spellEnd"/>
            <w:r w:rsidRPr="001013D3">
              <w:rPr>
                <w:sz w:val="18"/>
                <w:lang w:val="ru-RU"/>
              </w:rPr>
              <w:t xml:space="preserve">-н Сходня, </w:t>
            </w:r>
            <w:proofErr w:type="spellStart"/>
            <w:r w:rsidRPr="001013D3">
              <w:rPr>
                <w:sz w:val="18"/>
                <w:lang w:val="ru-RU"/>
              </w:rPr>
              <w:t>Новосходненское</w:t>
            </w:r>
            <w:proofErr w:type="spellEnd"/>
            <w:r w:rsidRPr="001013D3">
              <w:rPr>
                <w:sz w:val="18"/>
                <w:lang w:val="ru-RU"/>
              </w:rPr>
              <w:t xml:space="preserve"> шоссе, д. 2</w:t>
            </w:r>
          </w:p>
          <w:p w14:paraId="10B89A95" w14:textId="77777777" w:rsidR="00365CB7" w:rsidRPr="001013D3" w:rsidRDefault="00BF18E0">
            <w:pPr>
              <w:spacing w:after="40"/>
              <w:rPr>
                <w:lang w:val="ru-RU"/>
              </w:rPr>
            </w:pPr>
            <w:r w:rsidRPr="001013D3">
              <w:rPr>
                <w:sz w:val="18"/>
                <w:lang w:val="ru-RU"/>
              </w:rPr>
              <w:t xml:space="preserve">Фактический адрес: 141408, Московская область, г. Химки, </w:t>
            </w:r>
            <w:proofErr w:type="spellStart"/>
            <w:r w:rsidRPr="001013D3">
              <w:rPr>
                <w:sz w:val="18"/>
                <w:lang w:val="ru-RU"/>
              </w:rPr>
              <w:t>мкр</w:t>
            </w:r>
            <w:proofErr w:type="spellEnd"/>
            <w:r w:rsidRPr="001013D3">
              <w:rPr>
                <w:sz w:val="18"/>
                <w:lang w:val="ru-RU"/>
              </w:rPr>
              <w:t xml:space="preserve">-н Сходня, </w:t>
            </w:r>
            <w:proofErr w:type="spellStart"/>
            <w:r w:rsidRPr="001013D3">
              <w:rPr>
                <w:sz w:val="18"/>
                <w:lang w:val="ru-RU"/>
              </w:rPr>
              <w:t>Новосходненское</w:t>
            </w:r>
            <w:proofErr w:type="spellEnd"/>
            <w:r w:rsidRPr="001013D3">
              <w:rPr>
                <w:sz w:val="18"/>
                <w:lang w:val="ru-RU"/>
              </w:rPr>
              <w:t xml:space="preserve"> шоссе, д. 2</w:t>
            </w:r>
          </w:p>
          <w:p w14:paraId="150F078B" w14:textId="77777777" w:rsidR="00365CB7" w:rsidRPr="001013D3" w:rsidRDefault="00BF18E0">
            <w:pPr>
              <w:spacing w:after="40"/>
              <w:rPr>
                <w:lang w:val="ru-RU"/>
              </w:rPr>
            </w:pPr>
            <w:r w:rsidRPr="001013D3">
              <w:rPr>
                <w:sz w:val="18"/>
                <w:lang w:val="ru-RU"/>
              </w:rPr>
              <w:t>Телефон: +7 (495) 500-00-26</w:t>
            </w:r>
          </w:p>
          <w:p w14:paraId="7CA128EC" w14:textId="77777777" w:rsidR="00365CB7" w:rsidRPr="001013D3" w:rsidRDefault="00BF18E0">
            <w:pPr>
              <w:spacing w:after="40"/>
              <w:rPr>
                <w:lang w:val="ru-RU"/>
              </w:rPr>
            </w:pPr>
            <w:r w:rsidRPr="001013D3">
              <w:rPr>
                <w:sz w:val="18"/>
                <w:lang w:val="ru-RU"/>
              </w:rPr>
              <w:t xml:space="preserve">ОГРН </w:t>
            </w:r>
            <w:r w:rsidRPr="001013D3">
              <w:rPr>
                <w:sz w:val="18"/>
                <w:lang w:val="ru-RU"/>
              </w:rPr>
              <w:t>1165000051589</w:t>
            </w:r>
          </w:p>
          <w:p w14:paraId="4DABE63C" w14:textId="77777777" w:rsidR="00365CB7" w:rsidRPr="001013D3" w:rsidRDefault="00BF18E0">
            <w:pPr>
              <w:spacing w:after="40"/>
              <w:rPr>
                <w:lang w:val="ru-RU"/>
              </w:rPr>
            </w:pPr>
            <w:r w:rsidRPr="001013D3">
              <w:rPr>
                <w:sz w:val="18"/>
                <w:lang w:val="ru-RU"/>
              </w:rPr>
              <w:t>ИНН 5047183461 / КПП 504701001</w:t>
            </w:r>
          </w:p>
          <w:p w14:paraId="56AC796A" w14:textId="77777777" w:rsidR="00365CB7" w:rsidRPr="001013D3" w:rsidRDefault="00BF18E0">
            <w:pPr>
              <w:spacing w:after="40"/>
              <w:rPr>
                <w:lang w:val="ru-RU"/>
              </w:rPr>
            </w:pPr>
            <w:r w:rsidRPr="001013D3">
              <w:rPr>
                <w:sz w:val="18"/>
                <w:lang w:val="ru-RU"/>
              </w:rPr>
              <w:t>Р/счет 40703810802810000010</w:t>
            </w:r>
          </w:p>
          <w:p w14:paraId="31BACDBF" w14:textId="77777777" w:rsidR="00365CB7" w:rsidRPr="001013D3" w:rsidRDefault="00BF18E0">
            <w:pPr>
              <w:spacing w:after="40"/>
              <w:rPr>
                <w:lang w:val="ru-RU"/>
              </w:rPr>
            </w:pPr>
            <w:r w:rsidRPr="001013D3">
              <w:rPr>
                <w:sz w:val="18"/>
                <w:lang w:val="ru-RU"/>
              </w:rPr>
              <w:t>К/счет 30101810200000000593</w:t>
            </w:r>
          </w:p>
          <w:p w14:paraId="6673E3FD" w14:textId="77777777" w:rsidR="00365CB7" w:rsidRPr="001013D3" w:rsidRDefault="00BF18E0">
            <w:pPr>
              <w:spacing w:after="40"/>
              <w:rPr>
                <w:lang w:val="ru-RU"/>
              </w:rPr>
            </w:pPr>
            <w:r w:rsidRPr="001013D3">
              <w:rPr>
                <w:sz w:val="18"/>
                <w:lang w:val="ru-RU"/>
              </w:rPr>
              <w:t>АО «АЛЬФА-БАНК»</w:t>
            </w:r>
          </w:p>
          <w:p w14:paraId="06FE4551" w14:textId="77777777" w:rsidR="00365CB7" w:rsidRPr="001013D3" w:rsidRDefault="00BF18E0">
            <w:pPr>
              <w:spacing w:after="40"/>
              <w:rPr>
                <w:lang w:val="ru-RU"/>
              </w:rPr>
            </w:pPr>
            <w:r w:rsidRPr="001013D3">
              <w:rPr>
                <w:sz w:val="18"/>
                <w:lang w:val="ru-RU"/>
              </w:rPr>
              <w:t>БИК 044525593</w:t>
            </w:r>
          </w:p>
          <w:p w14:paraId="63B5F72F" w14:textId="77777777" w:rsidR="00365CB7" w:rsidRPr="001013D3" w:rsidRDefault="00365CB7">
            <w:pPr>
              <w:spacing w:after="40"/>
              <w:rPr>
                <w:lang w:val="ru-RU"/>
              </w:rPr>
            </w:pPr>
          </w:p>
          <w:p w14:paraId="56D8C035" w14:textId="77777777" w:rsidR="00365CB7" w:rsidRPr="001013D3" w:rsidRDefault="00BF18E0">
            <w:pPr>
              <w:spacing w:after="40"/>
              <w:rPr>
                <w:lang w:val="ru-RU"/>
              </w:rPr>
            </w:pPr>
            <w:r w:rsidRPr="001013D3">
              <w:rPr>
                <w:b/>
                <w:sz w:val="18"/>
                <w:lang w:val="ru-RU"/>
              </w:rPr>
              <w:t xml:space="preserve">Директор _________________ / </w:t>
            </w:r>
            <w:proofErr w:type="spellStart"/>
            <w:r w:rsidRPr="001013D3">
              <w:rPr>
                <w:b/>
                <w:sz w:val="18"/>
                <w:lang w:val="ru-RU"/>
              </w:rPr>
              <w:t>Бетенина</w:t>
            </w:r>
            <w:proofErr w:type="spellEnd"/>
            <w:r w:rsidRPr="001013D3">
              <w:rPr>
                <w:b/>
                <w:sz w:val="18"/>
                <w:lang w:val="ru-RU"/>
              </w:rPr>
              <w:t xml:space="preserve"> С.В. /</w:t>
            </w:r>
          </w:p>
          <w:p w14:paraId="54528DF0" w14:textId="77777777" w:rsidR="00365CB7" w:rsidRDefault="00BF18E0">
            <w:pPr>
              <w:spacing w:after="40"/>
            </w:pPr>
            <w:r>
              <w:rPr>
                <w:sz w:val="18"/>
              </w:rPr>
              <w:t>(</w:t>
            </w:r>
            <w:proofErr w:type="spellStart"/>
            <w:r>
              <w:rPr>
                <w:sz w:val="18"/>
              </w:rPr>
              <w:t>действует</w:t>
            </w:r>
            <w:proofErr w:type="spellEnd"/>
            <w:r>
              <w:rPr>
                <w:sz w:val="18"/>
              </w:rPr>
              <w:t xml:space="preserve"> </w:t>
            </w:r>
            <w:proofErr w:type="spellStart"/>
            <w:r>
              <w:rPr>
                <w:sz w:val="18"/>
              </w:rPr>
              <w:t>на</w:t>
            </w:r>
            <w:proofErr w:type="spellEnd"/>
            <w:r>
              <w:rPr>
                <w:sz w:val="18"/>
              </w:rPr>
              <w:t xml:space="preserve"> </w:t>
            </w:r>
            <w:proofErr w:type="spellStart"/>
            <w:r>
              <w:rPr>
                <w:sz w:val="18"/>
              </w:rPr>
              <w:t>основании</w:t>
            </w:r>
            <w:proofErr w:type="spellEnd"/>
            <w:r>
              <w:rPr>
                <w:sz w:val="18"/>
              </w:rPr>
              <w:t xml:space="preserve"> </w:t>
            </w:r>
            <w:proofErr w:type="spellStart"/>
            <w:r>
              <w:rPr>
                <w:sz w:val="18"/>
              </w:rPr>
              <w:t>Устава</w:t>
            </w:r>
            <w:proofErr w:type="spellEnd"/>
            <w:r>
              <w:rPr>
                <w:sz w:val="18"/>
              </w:rPr>
              <w:t>)</w:t>
            </w:r>
          </w:p>
        </w:tc>
        <w:tc>
          <w:tcPr>
            <w:tcW w:w="4819" w:type="dxa"/>
          </w:tcPr>
          <w:p w14:paraId="7E1C2479" w14:textId="77777777" w:rsidR="00365CB7" w:rsidRPr="001013D3" w:rsidRDefault="00BF18E0">
            <w:pPr>
              <w:spacing w:after="60"/>
              <w:rPr>
                <w:lang w:val="ru-RU"/>
              </w:rPr>
            </w:pPr>
            <w:r w:rsidRPr="001013D3">
              <w:rPr>
                <w:b/>
                <w:sz w:val="18"/>
                <w:lang w:val="ru-RU"/>
              </w:rPr>
              <w:t>ФИО полностью:</w:t>
            </w:r>
          </w:p>
          <w:p w14:paraId="18B03291" w14:textId="77777777" w:rsidR="00365CB7" w:rsidRPr="001013D3" w:rsidRDefault="00BF18E0">
            <w:pPr>
              <w:spacing w:after="60"/>
              <w:rPr>
                <w:lang w:val="ru-RU"/>
              </w:rPr>
            </w:pPr>
            <w:r w:rsidRPr="001013D3">
              <w:rPr>
                <w:sz w:val="18"/>
                <w:lang w:val="ru-RU"/>
              </w:rPr>
              <w:t>________________________________</w:t>
            </w:r>
            <w:r w:rsidRPr="001013D3">
              <w:rPr>
                <w:sz w:val="18"/>
                <w:lang w:val="ru-RU"/>
              </w:rPr>
              <w:t>_______</w:t>
            </w:r>
          </w:p>
          <w:p w14:paraId="3A909AD9" w14:textId="77777777" w:rsidR="00365CB7" w:rsidRPr="001013D3" w:rsidRDefault="00BF18E0">
            <w:pPr>
              <w:spacing w:after="60"/>
              <w:rPr>
                <w:lang w:val="ru-RU"/>
              </w:rPr>
            </w:pPr>
            <w:r w:rsidRPr="001013D3">
              <w:rPr>
                <w:sz w:val="18"/>
                <w:lang w:val="ru-RU"/>
              </w:rPr>
              <w:t>_______________________________________</w:t>
            </w:r>
          </w:p>
          <w:p w14:paraId="58915D2F" w14:textId="77777777" w:rsidR="00365CB7" w:rsidRPr="001013D3" w:rsidRDefault="00BF18E0">
            <w:pPr>
              <w:spacing w:after="60"/>
              <w:rPr>
                <w:lang w:val="ru-RU"/>
              </w:rPr>
            </w:pPr>
            <w:r w:rsidRPr="001013D3">
              <w:rPr>
                <w:sz w:val="18"/>
                <w:lang w:val="ru-RU"/>
              </w:rPr>
              <w:t>Дата рождения: _____________________ г.</w:t>
            </w:r>
          </w:p>
          <w:p w14:paraId="5BB0B28F" w14:textId="77777777" w:rsidR="00365CB7" w:rsidRPr="001013D3" w:rsidRDefault="00BF18E0">
            <w:pPr>
              <w:spacing w:after="60"/>
              <w:rPr>
                <w:lang w:val="ru-RU"/>
              </w:rPr>
            </w:pPr>
            <w:r w:rsidRPr="001013D3">
              <w:rPr>
                <w:sz w:val="18"/>
                <w:lang w:val="ru-RU"/>
              </w:rPr>
              <w:t>Паспорт: серия _______ № ______________</w:t>
            </w:r>
          </w:p>
          <w:p w14:paraId="24BEF3AA" w14:textId="77777777" w:rsidR="00365CB7" w:rsidRPr="001013D3" w:rsidRDefault="00BF18E0">
            <w:pPr>
              <w:spacing w:after="60"/>
              <w:rPr>
                <w:lang w:val="ru-RU"/>
              </w:rPr>
            </w:pPr>
            <w:r w:rsidRPr="001013D3">
              <w:rPr>
                <w:sz w:val="18"/>
                <w:lang w:val="ru-RU"/>
              </w:rPr>
              <w:t>Кем выдан:</w:t>
            </w:r>
          </w:p>
          <w:p w14:paraId="4C9680D2" w14:textId="77777777" w:rsidR="00365CB7" w:rsidRPr="001013D3" w:rsidRDefault="00BF18E0">
            <w:pPr>
              <w:spacing w:after="60"/>
              <w:rPr>
                <w:lang w:val="ru-RU"/>
              </w:rPr>
            </w:pPr>
            <w:r w:rsidRPr="001013D3">
              <w:rPr>
                <w:sz w:val="18"/>
                <w:lang w:val="ru-RU"/>
              </w:rPr>
              <w:t>_______________________________________</w:t>
            </w:r>
          </w:p>
          <w:p w14:paraId="44D8DDBE" w14:textId="77777777" w:rsidR="00365CB7" w:rsidRPr="001013D3" w:rsidRDefault="00BF18E0">
            <w:pPr>
              <w:spacing w:after="60"/>
              <w:rPr>
                <w:lang w:val="ru-RU"/>
              </w:rPr>
            </w:pPr>
            <w:r w:rsidRPr="001013D3">
              <w:rPr>
                <w:sz w:val="18"/>
                <w:lang w:val="ru-RU"/>
              </w:rPr>
              <w:t>_______________________________________</w:t>
            </w:r>
          </w:p>
          <w:p w14:paraId="4EBF999D" w14:textId="77777777" w:rsidR="00365CB7" w:rsidRPr="001013D3" w:rsidRDefault="00BF18E0">
            <w:pPr>
              <w:spacing w:after="60"/>
              <w:rPr>
                <w:lang w:val="ru-RU"/>
              </w:rPr>
            </w:pPr>
            <w:r w:rsidRPr="001013D3">
              <w:rPr>
                <w:sz w:val="18"/>
                <w:lang w:val="ru-RU"/>
              </w:rPr>
              <w:t>Дата выдачи: ______________________ г</w:t>
            </w:r>
            <w:r w:rsidRPr="001013D3">
              <w:rPr>
                <w:sz w:val="18"/>
                <w:lang w:val="ru-RU"/>
              </w:rPr>
              <w:t>.</w:t>
            </w:r>
          </w:p>
          <w:p w14:paraId="277502D7" w14:textId="77777777" w:rsidR="00365CB7" w:rsidRPr="001013D3" w:rsidRDefault="00BF18E0">
            <w:pPr>
              <w:spacing w:after="60"/>
              <w:rPr>
                <w:lang w:val="ru-RU"/>
              </w:rPr>
            </w:pPr>
            <w:r w:rsidRPr="001013D3">
              <w:rPr>
                <w:sz w:val="18"/>
                <w:lang w:val="ru-RU"/>
              </w:rPr>
              <w:t>Адрес регистрации:</w:t>
            </w:r>
          </w:p>
          <w:p w14:paraId="4EFAADAC" w14:textId="77777777" w:rsidR="00365CB7" w:rsidRPr="001013D3" w:rsidRDefault="00BF18E0">
            <w:pPr>
              <w:spacing w:after="60"/>
              <w:rPr>
                <w:lang w:val="ru-RU"/>
              </w:rPr>
            </w:pPr>
            <w:r w:rsidRPr="001013D3">
              <w:rPr>
                <w:sz w:val="18"/>
                <w:lang w:val="ru-RU"/>
              </w:rPr>
              <w:t>_______________________________________</w:t>
            </w:r>
          </w:p>
          <w:p w14:paraId="01E588D6" w14:textId="77777777" w:rsidR="00365CB7" w:rsidRPr="001013D3" w:rsidRDefault="00BF18E0">
            <w:pPr>
              <w:spacing w:after="60"/>
              <w:rPr>
                <w:lang w:val="ru-RU"/>
              </w:rPr>
            </w:pPr>
            <w:r w:rsidRPr="001013D3">
              <w:rPr>
                <w:sz w:val="18"/>
                <w:lang w:val="ru-RU"/>
              </w:rPr>
              <w:t>_______________________________________</w:t>
            </w:r>
          </w:p>
          <w:p w14:paraId="5DBF3C0D" w14:textId="77777777" w:rsidR="00365CB7" w:rsidRPr="001013D3" w:rsidRDefault="00BF18E0">
            <w:pPr>
              <w:spacing w:after="60"/>
              <w:rPr>
                <w:lang w:val="ru-RU"/>
              </w:rPr>
            </w:pPr>
            <w:r w:rsidRPr="001013D3">
              <w:rPr>
                <w:sz w:val="18"/>
                <w:lang w:val="ru-RU"/>
              </w:rPr>
              <w:t>Фактический адрес проживания:</w:t>
            </w:r>
          </w:p>
          <w:p w14:paraId="0C6FB56A" w14:textId="77777777" w:rsidR="00365CB7" w:rsidRPr="001013D3" w:rsidRDefault="00BF18E0">
            <w:pPr>
              <w:spacing w:after="60"/>
              <w:rPr>
                <w:lang w:val="ru-RU"/>
              </w:rPr>
            </w:pPr>
            <w:r w:rsidRPr="001013D3">
              <w:rPr>
                <w:sz w:val="18"/>
                <w:lang w:val="ru-RU"/>
              </w:rPr>
              <w:t>_______________________________________</w:t>
            </w:r>
          </w:p>
          <w:p w14:paraId="348F6333" w14:textId="77777777" w:rsidR="00365CB7" w:rsidRPr="001013D3" w:rsidRDefault="00BF18E0">
            <w:pPr>
              <w:spacing w:after="60"/>
              <w:rPr>
                <w:lang w:val="ru-RU"/>
              </w:rPr>
            </w:pPr>
            <w:r w:rsidRPr="001013D3">
              <w:rPr>
                <w:sz w:val="18"/>
                <w:lang w:val="ru-RU"/>
              </w:rPr>
              <w:t>_______________________________________</w:t>
            </w:r>
          </w:p>
          <w:p w14:paraId="7BDD5E23" w14:textId="77777777" w:rsidR="00365CB7" w:rsidRPr="001013D3" w:rsidRDefault="00BF18E0">
            <w:pPr>
              <w:spacing w:after="60"/>
              <w:rPr>
                <w:lang w:val="ru-RU"/>
              </w:rPr>
            </w:pPr>
            <w:r w:rsidRPr="001013D3">
              <w:rPr>
                <w:sz w:val="18"/>
                <w:lang w:val="ru-RU"/>
              </w:rPr>
              <w:t>Телефон мобильный: +7 (____) __________</w:t>
            </w:r>
          </w:p>
          <w:p w14:paraId="767150E9" w14:textId="77777777" w:rsidR="00365CB7" w:rsidRPr="001013D3" w:rsidRDefault="00BF18E0">
            <w:pPr>
              <w:spacing w:after="60"/>
              <w:rPr>
                <w:lang w:val="ru-RU"/>
              </w:rPr>
            </w:pPr>
            <w:r w:rsidRPr="001013D3">
              <w:rPr>
                <w:sz w:val="18"/>
                <w:lang w:val="ru-RU"/>
              </w:rPr>
              <w:t>Адрес</w:t>
            </w:r>
            <w:r w:rsidRPr="001013D3">
              <w:rPr>
                <w:sz w:val="18"/>
                <w:lang w:val="ru-RU"/>
              </w:rPr>
              <w:t xml:space="preserve"> электронной почты:</w:t>
            </w:r>
          </w:p>
          <w:p w14:paraId="7439DF92" w14:textId="77777777" w:rsidR="00365CB7" w:rsidRPr="001013D3" w:rsidRDefault="00BF18E0">
            <w:pPr>
              <w:spacing w:after="60"/>
              <w:rPr>
                <w:lang w:val="ru-RU"/>
              </w:rPr>
            </w:pPr>
            <w:r w:rsidRPr="001013D3">
              <w:rPr>
                <w:sz w:val="18"/>
                <w:lang w:val="ru-RU"/>
              </w:rPr>
              <w:t>_______________________________________</w:t>
            </w:r>
          </w:p>
          <w:p w14:paraId="6B42D7A7" w14:textId="77777777" w:rsidR="00365CB7" w:rsidRPr="001013D3" w:rsidRDefault="00365CB7">
            <w:pPr>
              <w:spacing w:after="60"/>
              <w:rPr>
                <w:lang w:val="ru-RU"/>
              </w:rPr>
            </w:pPr>
          </w:p>
          <w:p w14:paraId="7E5805FE" w14:textId="77777777" w:rsidR="00365CB7" w:rsidRPr="001013D3" w:rsidRDefault="00BF18E0">
            <w:pPr>
              <w:spacing w:after="60"/>
              <w:rPr>
                <w:lang w:val="ru-RU"/>
              </w:rPr>
            </w:pPr>
            <w:r w:rsidRPr="001013D3">
              <w:rPr>
                <w:b/>
                <w:sz w:val="18"/>
                <w:lang w:val="ru-RU"/>
              </w:rPr>
              <w:t>Заказчик (законный представитель)</w:t>
            </w:r>
          </w:p>
          <w:p w14:paraId="11EAE9DF" w14:textId="77777777" w:rsidR="00365CB7" w:rsidRPr="001013D3" w:rsidRDefault="00BF18E0">
            <w:pPr>
              <w:spacing w:after="60"/>
              <w:rPr>
                <w:lang w:val="ru-RU"/>
              </w:rPr>
            </w:pPr>
            <w:r w:rsidRPr="001013D3">
              <w:rPr>
                <w:sz w:val="18"/>
                <w:lang w:val="ru-RU"/>
              </w:rPr>
              <w:t>___________ / ____________________ /</w:t>
            </w:r>
          </w:p>
          <w:p w14:paraId="7C1AC894" w14:textId="77777777" w:rsidR="00365CB7" w:rsidRPr="001013D3" w:rsidRDefault="00BF18E0">
            <w:pPr>
              <w:spacing w:after="60"/>
              <w:rPr>
                <w:lang w:val="ru-RU"/>
              </w:rPr>
            </w:pPr>
            <w:r w:rsidRPr="001013D3">
              <w:rPr>
                <w:sz w:val="18"/>
                <w:lang w:val="ru-RU"/>
              </w:rPr>
              <w:t xml:space="preserve">        подпись                        расшифровка</w:t>
            </w:r>
          </w:p>
        </w:tc>
      </w:tr>
    </w:tbl>
    <w:p w14:paraId="1F227396" w14:textId="77777777" w:rsidR="00365CB7" w:rsidRPr="001013D3" w:rsidRDefault="00BF18E0">
      <w:pPr>
        <w:spacing w:before="160"/>
        <w:jc w:val="both"/>
        <w:rPr>
          <w:lang w:val="ru-RU"/>
        </w:rPr>
      </w:pPr>
      <w:r w:rsidRPr="001013D3">
        <w:rPr>
          <w:lang w:val="ru-RU"/>
        </w:rPr>
        <w:t>Второй экземпляр Договора с приложениями получен на руки: ______________</w:t>
      </w:r>
      <w:r w:rsidRPr="001013D3">
        <w:rPr>
          <w:lang w:val="ru-RU"/>
        </w:rPr>
        <w:t xml:space="preserve"> / ______________ /</w:t>
      </w:r>
    </w:p>
    <w:p w14:paraId="07B902D5" w14:textId="77777777" w:rsidR="00365CB7" w:rsidRPr="001013D3" w:rsidRDefault="00BF18E0">
      <w:pPr>
        <w:rPr>
          <w:lang w:val="ru-RU"/>
        </w:rPr>
      </w:pPr>
      <w:r w:rsidRPr="001013D3">
        <w:rPr>
          <w:lang w:val="ru-RU"/>
        </w:rPr>
        <w:br w:type="page"/>
      </w:r>
    </w:p>
    <w:p w14:paraId="5FAE67D7" w14:textId="0ED585A6" w:rsidR="00365CB7" w:rsidRPr="001013D3" w:rsidRDefault="00365CB7">
      <w:pPr>
        <w:spacing w:after="0"/>
        <w:jc w:val="right"/>
        <w:rPr>
          <w:lang w:val="ru-RU"/>
        </w:rPr>
      </w:pPr>
    </w:p>
    <w:p w14:paraId="2F426156" w14:textId="77777777" w:rsidR="00584257" w:rsidRPr="00584257" w:rsidRDefault="00584257" w:rsidP="00584257">
      <w:pPr>
        <w:widowControl w:val="0"/>
        <w:suppressAutoHyphens/>
        <w:autoSpaceDE w:val="0"/>
        <w:autoSpaceDN w:val="0"/>
        <w:adjustRightInd w:val="0"/>
        <w:spacing w:after="0"/>
        <w:jc w:val="right"/>
        <w:outlineLvl w:val="1"/>
        <w:rPr>
          <w:rFonts w:cs="Times New Roman"/>
          <w:b/>
          <w:sz w:val="20"/>
          <w:szCs w:val="20"/>
          <w:lang w:val="ru-RU" w:eastAsia="ru-RU"/>
        </w:rPr>
      </w:pPr>
      <w:r w:rsidRPr="00584257">
        <w:rPr>
          <w:rFonts w:cs="Times New Roman"/>
          <w:b/>
          <w:sz w:val="20"/>
          <w:szCs w:val="20"/>
          <w:lang w:val="ru-RU" w:eastAsia="ru-RU"/>
        </w:rPr>
        <w:t>Приложение №1</w:t>
      </w:r>
    </w:p>
    <w:p w14:paraId="209CE5A1" w14:textId="77777777" w:rsidR="00584257" w:rsidRPr="00584257" w:rsidRDefault="00584257" w:rsidP="00584257">
      <w:pPr>
        <w:widowControl w:val="0"/>
        <w:suppressAutoHyphens/>
        <w:autoSpaceDE w:val="0"/>
        <w:autoSpaceDN w:val="0"/>
        <w:adjustRightInd w:val="0"/>
        <w:spacing w:after="0"/>
        <w:jc w:val="right"/>
        <w:rPr>
          <w:rFonts w:cs="Times New Roman"/>
          <w:sz w:val="20"/>
          <w:szCs w:val="20"/>
          <w:lang w:val="ru-RU" w:eastAsia="ru-RU"/>
        </w:rPr>
      </w:pPr>
      <w:r w:rsidRPr="00584257">
        <w:rPr>
          <w:rFonts w:cs="Times New Roman"/>
          <w:sz w:val="20"/>
          <w:szCs w:val="20"/>
          <w:lang w:val="ru-RU" w:eastAsia="ru-RU"/>
        </w:rPr>
        <w:t>к договору об образовании</w:t>
      </w:r>
      <w:r w:rsidRPr="00584257">
        <w:rPr>
          <w:rFonts w:cs="Times New Roman"/>
          <w:b/>
          <w:bCs/>
          <w:color w:val="FF0000"/>
          <w:sz w:val="20"/>
          <w:szCs w:val="20"/>
          <w:lang w:val="ru-RU" w:eastAsia="ru-RU"/>
        </w:rPr>
        <w:t xml:space="preserve"> </w:t>
      </w:r>
    </w:p>
    <w:p w14:paraId="3E220C9B" w14:textId="77777777" w:rsidR="00584257" w:rsidRPr="00584257" w:rsidRDefault="00584257" w:rsidP="00584257">
      <w:pPr>
        <w:suppressAutoHyphens/>
        <w:autoSpaceDE w:val="0"/>
        <w:autoSpaceDN w:val="0"/>
        <w:adjustRightInd w:val="0"/>
        <w:spacing w:after="0"/>
        <w:jc w:val="right"/>
        <w:rPr>
          <w:rFonts w:cs="Times New Roman"/>
          <w:sz w:val="20"/>
          <w:szCs w:val="20"/>
          <w:lang w:val="ru-RU" w:eastAsia="ru-RU"/>
        </w:rPr>
      </w:pPr>
      <w:r w:rsidRPr="00584257">
        <w:rPr>
          <w:rFonts w:cs="Times New Roman"/>
          <w:sz w:val="20"/>
          <w:szCs w:val="20"/>
          <w:lang w:val="ru-RU" w:eastAsia="ru-RU"/>
        </w:rPr>
        <w:t xml:space="preserve">по образовательным программам дошкольного образования </w:t>
      </w:r>
    </w:p>
    <w:p w14:paraId="3B4A7C36"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sz w:val="20"/>
          <w:szCs w:val="20"/>
          <w:lang w:val="ru-RU" w:eastAsia="ru-RU"/>
        </w:rPr>
      </w:pPr>
      <w:r w:rsidRPr="00584257">
        <w:rPr>
          <w:rFonts w:cs="Times New Roman"/>
          <w:sz w:val="20"/>
          <w:szCs w:val="20"/>
          <w:lang w:val="ru-RU" w:eastAsia="ru-RU"/>
        </w:rPr>
        <w:t xml:space="preserve">                       от __________ 2026 г. №</w:t>
      </w:r>
    </w:p>
    <w:p w14:paraId="338BFEA8"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sz w:val="20"/>
          <w:szCs w:val="20"/>
          <w:lang w:val="ru-RU" w:eastAsia="ru-RU"/>
        </w:rPr>
      </w:pPr>
    </w:p>
    <w:tbl>
      <w:tblPr>
        <w:tblStyle w:val="14"/>
        <w:tblW w:w="0" w:type="auto"/>
        <w:tblLook w:val="04A0" w:firstRow="1" w:lastRow="0" w:firstColumn="1" w:lastColumn="0" w:noHBand="0" w:noVBand="1"/>
      </w:tblPr>
      <w:tblGrid>
        <w:gridCol w:w="675"/>
        <w:gridCol w:w="2694"/>
        <w:gridCol w:w="1878"/>
        <w:gridCol w:w="2409"/>
        <w:gridCol w:w="1915"/>
      </w:tblGrid>
      <w:tr w:rsidR="00584257" w:rsidRPr="00584257" w14:paraId="2C28533B" w14:textId="77777777" w:rsidTr="00C67F5C">
        <w:tc>
          <w:tcPr>
            <w:tcW w:w="675" w:type="dxa"/>
          </w:tcPr>
          <w:p w14:paraId="1CB5411C"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p>
          <w:p w14:paraId="708F8CFC"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p>
          <w:p w14:paraId="4E209A21"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r w:rsidRPr="00584257">
              <w:rPr>
                <w:rFonts w:cs="Times New Roman"/>
              </w:rPr>
              <w:t>№</w:t>
            </w:r>
          </w:p>
          <w:p w14:paraId="53C5C41F"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proofErr w:type="gramStart"/>
            <w:r w:rsidRPr="00584257">
              <w:rPr>
                <w:rFonts w:cs="Times New Roman"/>
              </w:rPr>
              <w:t>п</w:t>
            </w:r>
            <w:proofErr w:type="gramEnd"/>
            <w:r w:rsidRPr="00584257">
              <w:rPr>
                <w:rFonts w:cs="Times New Roman"/>
              </w:rPr>
              <w:t>/п</w:t>
            </w:r>
          </w:p>
        </w:tc>
        <w:tc>
          <w:tcPr>
            <w:tcW w:w="2694" w:type="dxa"/>
            <w:vAlign w:val="center"/>
          </w:tcPr>
          <w:p w14:paraId="6501B4D2" w14:textId="77777777" w:rsidR="00584257" w:rsidRPr="00584257" w:rsidRDefault="00584257" w:rsidP="00584257">
            <w:pPr>
              <w:spacing w:before="100" w:beforeAutospacing="1" w:after="100" w:afterAutospacing="1" w:line="273" w:lineRule="auto"/>
              <w:jc w:val="center"/>
              <w:rPr>
                <w:rFonts w:cs="Times New Roman"/>
                <w:color w:val="FFFFFF"/>
              </w:rPr>
            </w:pPr>
            <w:r w:rsidRPr="00584257">
              <w:rPr>
                <w:rFonts w:cs="Times New Roman"/>
              </w:rPr>
              <w:t>Наименование дошкольной образовательной услуги</w:t>
            </w:r>
          </w:p>
        </w:tc>
        <w:tc>
          <w:tcPr>
            <w:tcW w:w="1878" w:type="dxa"/>
            <w:vAlign w:val="center"/>
          </w:tcPr>
          <w:p w14:paraId="0D82DB25" w14:textId="77777777" w:rsidR="00584257" w:rsidRPr="00584257" w:rsidRDefault="00584257" w:rsidP="00584257">
            <w:pPr>
              <w:spacing w:before="100" w:beforeAutospacing="1" w:after="100" w:afterAutospacing="1" w:line="273" w:lineRule="auto"/>
              <w:jc w:val="center"/>
              <w:rPr>
                <w:rFonts w:cs="Times New Roman"/>
                <w:color w:val="FFFFFF"/>
              </w:rPr>
            </w:pPr>
            <w:r w:rsidRPr="00584257">
              <w:rPr>
                <w:rFonts w:cs="Times New Roman"/>
              </w:rPr>
              <w:t>Форма предоставления (оказания) услуги, (индивидуальная, групповая)</w:t>
            </w:r>
          </w:p>
        </w:tc>
        <w:tc>
          <w:tcPr>
            <w:tcW w:w="2409" w:type="dxa"/>
            <w:vAlign w:val="center"/>
          </w:tcPr>
          <w:p w14:paraId="701DE1C5" w14:textId="77777777" w:rsidR="00584257" w:rsidRPr="00584257" w:rsidRDefault="00584257" w:rsidP="00584257">
            <w:pPr>
              <w:spacing w:before="100" w:beforeAutospacing="1" w:after="100" w:afterAutospacing="1" w:line="273" w:lineRule="auto"/>
              <w:jc w:val="center"/>
              <w:rPr>
                <w:rFonts w:cs="Times New Roman"/>
                <w:color w:val="FFFFFF"/>
              </w:rPr>
            </w:pPr>
            <w:r w:rsidRPr="00584257">
              <w:rPr>
                <w:rFonts w:cs="Times New Roman"/>
              </w:rPr>
              <w:t>Наименование образовательной программы (части образовательной программы)</w:t>
            </w:r>
          </w:p>
        </w:tc>
        <w:tc>
          <w:tcPr>
            <w:tcW w:w="1915" w:type="dxa"/>
            <w:vAlign w:val="center"/>
          </w:tcPr>
          <w:p w14:paraId="456B3FC6" w14:textId="77777777" w:rsidR="00584257" w:rsidRPr="00584257" w:rsidRDefault="00584257" w:rsidP="00584257">
            <w:pPr>
              <w:spacing w:before="100" w:beforeAutospacing="1" w:after="100" w:afterAutospacing="1" w:line="273" w:lineRule="auto"/>
              <w:jc w:val="center"/>
              <w:rPr>
                <w:rFonts w:cs="Times New Roman"/>
              </w:rPr>
            </w:pPr>
            <w:r w:rsidRPr="00584257">
              <w:rPr>
                <w:rFonts w:cs="Times New Roman"/>
              </w:rPr>
              <w:t>Количество академических часов</w:t>
            </w:r>
          </w:p>
          <w:p w14:paraId="3E7A567D" w14:textId="77777777" w:rsidR="00584257" w:rsidRPr="00584257" w:rsidRDefault="00584257" w:rsidP="00584257">
            <w:pPr>
              <w:spacing w:before="100" w:beforeAutospacing="1" w:after="100" w:afterAutospacing="1" w:line="273" w:lineRule="auto"/>
              <w:jc w:val="center"/>
              <w:rPr>
                <w:rFonts w:cs="Times New Roman"/>
              </w:rPr>
            </w:pPr>
          </w:p>
          <w:p w14:paraId="7654BECA" w14:textId="77777777" w:rsidR="00584257" w:rsidRPr="00584257" w:rsidRDefault="00584257" w:rsidP="00584257">
            <w:pPr>
              <w:spacing w:before="100" w:beforeAutospacing="1" w:after="100" w:afterAutospacing="1" w:line="273" w:lineRule="auto"/>
              <w:jc w:val="center"/>
              <w:rPr>
                <w:rFonts w:cs="Times New Roman"/>
                <w:color w:val="FFFFFF"/>
              </w:rPr>
            </w:pPr>
            <w:r w:rsidRPr="00584257">
              <w:rPr>
                <w:rFonts w:cs="Times New Roman"/>
              </w:rPr>
              <w:t>В неделю</w:t>
            </w:r>
            <w:proofErr w:type="gramStart"/>
            <w:r w:rsidRPr="00584257">
              <w:rPr>
                <w:rFonts w:cs="Times New Roman"/>
              </w:rPr>
              <w:t xml:space="preserve"> / В</w:t>
            </w:r>
            <w:proofErr w:type="gramEnd"/>
            <w:r w:rsidRPr="00584257">
              <w:rPr>
                <w:rFonts w:cs="Times New Roman"/>
              </w:rPr>
              <w:t xml:space="preserve"> год</w:t>
            </w:r>
          </w:p>
        </w:tc>
      </w:tr>
      <w:tr w:rsidR="00584257" w:rsidRPr="00584257" w14:paraId="1C8733D7" w14:textId="77777777" w:rsidTr="00C67F5C">
        <w:tc>
          <w:tcPr>
            <w:tcW w:w="675" w:type="dxa"/>
          </w:tcPr>
          <w:p w14:paraId="220DBE0D"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p>
          <w:p w14:paraId="0440B45F"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p>
          <w:p w14:paraId="4154441A"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r w:rsidRPr="00584257">
              <w:rPr>
                <w:rFonts w:cs="Times New Roman"/>
              </w:rPr>
              <w:t>1</w:t>
            </w:r>
          </w:p>
        </w:tc>
        <w:tc>
          <w:tcPr>
            <w:tcW w:w="2694" w:type="dxa"/>
          </w:tcPr>
          <w:p w14:paraId="58C57DFF" w14:textId="77777777" w:rsidR="00584257" w:rsidRPr="00584257" w:rsidRDefault="00584257" w:rsidP="00584257">
            <w:pPr>
              <w:spacing w:after="0"/>
              <w:jc w:val="center"/>
              <w:rPr>
                <w:rFonts w:cs="Times New Roman"/>
              </w:rPr>
            </w:pPr>
          </w:p>
          <w:p w14:paraId="2B7F96B3" w14:textId="77777777" w:rsidR="00584257" w:rsidRPr="00584257" w:rsidRDefault="00584257" w:rsidP="00584257">
            <w:pPr>
              <w:spacing w:after="0"/>
              <w:jc w:val="center"/>
              <w:rPr>
                <w:rFonts w:cs="Times New Roman"/>
              </w:rPr>
            </w:pPr>
            <w:r w:rsidRPr="00584257">
              <w:rPr>
                <w:rFonts w:cs="Times New Roman"/>
              </w:rPr>
              <w:t>Дошкольная образовательная услуга</w:t>
            </w:r>
          </w:p>
          <w:p w14:paraId="58C51C8E" w14:textId="77777777" w:rsidR="00584257" w:rsidRPr="00584257" w:rsidRDefault="00584257" w:rsidP="00584257">
            <w:pPr>
              <w:spacing w:after="0"/>
              <w:jc w:val="center"/>
              <w:rPr>
                <w:rFonts w:ascii="Calibri" w:hAnsi="Calibri" w:cs="Calibri"/>
              </w:rPr>
            </w:pPr>
            <w:r w:rsidRPr="00584257">
              <w:rPr>
                <w:rFonts w:cs="Times New Roman"/>
              </w:rPr>
              <w:t>социально-гуманитарной  направленности</w:t>
            </w:r>
          </w:p>
          <w:p w14:paraId="1CE55106"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p>
        </w:tc>
        <w:tc>
          <w:tcPr>
            <w:tcW w:w="1878" w:type="dxa"/>
          </w:tcPr>
          <w:p w14:paraId="24621A10"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p>
          <w:p w14:paraId="628EAB35"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p>
          <w:p w14:paraId="164AF077"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p>
          <w:p w14:paraId="53F7C166"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r w:rsidRPr="00584257">
              <w:rPr>
                <w:rFonts w:cs="Times New Roman"/>
              </w:rPr>
              <w:t>групповая</w:t>
            </w:r>
          </w:p>
        </w:tc>
        <w:tc>
          <w:tcPr>
            <w:tcW w:w="2409" w:type="dxa"/>
          </w:tcPr>
          <w:p w14:paraId="62C33A6C" w14:textId="77777777" w:rsidR="00584257" w:rsidRPr="00584257" w:rsidRDefault="00584257" w:rsidP="00584257">
            <w:pPr>
              <w:spacing w:after="0"/>
              <w:jc w:val="center"/>
              <w:rPr>
                <w:rFonts w:cs="Times New Roman"/>
              </w:rPr>
            </w:pPr>
            <w:r w:rsidRPr="00584257">
              <w:rPr>
                <w:rFonts w:cs="Times New Roman"/>
              </w:rPr>
              <w:t>Дошкольная общеразвивающая программа соц</w:t>
            </w:r>
            <w:bookmarkStart w:id="0" w:name="_GoBack"/>
            <w:bookmarkEnd w:id="0"/>
            <w:r w:rsidRPr="00584257">
              <w:rPr>
                <w:rFonts w:cs="Times New Roman"/>
              </w:rPr>
              <w:t>иально-гуманитарной направленности</w:t>
            </w:r>
          </w:p>
          <w:p w14:paraId="76A52F4D" w14:textId="77777777" w:rsidR="00584257" w:rsidRPr="00584257" w:rsidRDefault="00584257" w:rsidP="00584257">
            <w:pPr>
              <w:spacing w:after="0"/>
              <w:jc w:val="center"/>
              <w:rPr>
                <w:rFonts w:cs="Times New Roman"/>
              </w:rPr>
            </w:pPr>
            <w:r w:rsidRPr="00584257">
              <w:rPr>
                <w:rFonts w:cs="Times New Roman"/>
              </w:rPr>
              <w:t>«Английский малышам»</w:t>
            </w:r>
          </w:p>
        </w:tc>
        <w:tc>
          <w:tcPr>
            <w:tcW w:w="1915" w:type="dxa"/>
          </w:tcPr>
          <w:p w14:paraId="3A1496A8"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p>
          <w:p w14:paraId="42E48445"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p>
          <w:p w14:paraId="53B331B8"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r w:rsidRPr="00584257">
              <w:rPr>
                <w:rFonts w:cs="Times New Roman"/>
              </w:rPr>
              <w:t>2/96</w:t>
            </w:r>
          </w:p>
        </w:tc>
      </w:tr>
      <w:tr w:rsidR="00584257" w:rsidRPr="00584257" w14:paraId="5E8BF54A" w14:textId="77777777" w:rsidTr="00C67F5C">
        <w:tc>
          <w:tcPr>
            <w:tcW w:w="675" w:type="dxa"/>
          </w:tcPr>
          <w:p w14:paraId="09DC8A56"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p>
          <w:p w14:paraId="6CB3C6CD"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p>
          <w:p w14:paraId="47DEA434"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r w:rsidRPr="00584257">
              <w:rPr>
                <w:rFonts w:cs="Times New Roman"/>
              </w:rPr>
              <w:t>2</w:t>
            </w:r>
          </w:p>
        </w:tc>
        <w:tc>
          <w:tcPr>
            <w:tcW w:w="2694" w:type="dxa"/>
          </w:tcPr>
          <w:p w14:paraId="434E30F0"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p>
          <w:p w14:paraId="29B83D0F"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r w:rsidRPr="00584257">
              <w:rPr>
                <w:rFonts w:cs="Times New Roman"/>
              </w:rPr>
              <w:t>Дошкольная образовательная услуга</w:t>
            </w:r>
          </w:p>
          <w:p w14:paraId="1C0B2212"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r w:rsidRPr="00584257">
              <w:rPr>
                <w:rFonts w:cs="Times New Roman"/>
              </w:rPr>
              <w:t>физкультурно-спортивной  направленности</w:t>
            </w:r>
          </w:p>
          <w:p w14:paraId="7226DA29"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p>
        </w:tc>
        <w:tc>
          <w:tcPr>
            <w:tcW w:w="1878" w:type="dxa"/>
          </w:tcPr>
          <w:p w14:paraId="578C5DFD"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p>
          <w:p w14:paraId="3EFE9FEE"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p>
          <w:p w14:paraId="494A5250"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r w:rsidRPr="00584257">
              <w:rPr>
                <w:rFonts w:cs="Times New Roman"/>
              </w:rPr>
              <w:t>групповая</w:t>
            </w:r>
          </w:p>
        </w:tc>
        <w:tc>
          <w:tcPr>
            <w:tcW w:w="2409" w:type="dxa"/>
          </w:tcPr>
          <w:p w14:paraId="4344B3A2"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r w:rsidRPr="00584257">
              <w:rPr>
                <w:rFonts w:cs="Times New Roman"/>
              </w:rPr>
              <w:t>Дошкольная образовательная программа</w:t>
            </w:r>
          </w:p>
          <w:p w14:paraId="3DAC2F42"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r w:rsidRPr="00584257">
              <w:rPr>
                <w:rFonts w:cs="Times New Roman"/>
              </w:rPr>
              <w:t>физкультурно-спортивной  направленности</w:t>
            </w:r>
          </w:p>
          <w:p w14:paraId="119DD5EA"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r w:rsidRPr="00584257">
              <w:rPr>
                <w:rFonts w:cs="Times New Roman"/>
              </w:rPr>
              <w:t>«Обучение плаванию»</w:t>
            </w:r>
          </w:p>
        </w:tc>
        <w:tc>
          <w:tcPr>
            <w:tcW w:w="1915" w:type="dxa"/>
          </w:tcPr>
          <w:p w14:paraId="6F242ACD"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p>
          <w:p w14:paraId="598AEE89"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p>
          <w:p w14:paraId="41EDE58C" w14:textId="77777777" w:rsidR="00584257" w:rsidRPr="00584257" w:rsidRDefault="00584257" w:rsidP="00584257">
            <w:pPr>
              <w:tabs>
                <w:tab w:val="left" w:pos="0"/>
                <w:tab w:val="left" w:pos="5940"/>
                <w:tab w:val="right" w:pos="7845"/>
                <w:tab w:val="right" w:pos="31680"/>
              </w:tabs>
              <w:suppressAutoHyphens/>
              <w:autoSpaceDE w:val="0"/>
              <w:autoSpaceDN w:val="0"/>
              <w:adjustRightInd w:val="0"/>
              <w:spacing w:after="0"/>
              <w:jc w:val="center"/>
              <w:rPr>
                <w:rFonts w:cs="Times New Roman"/>
              </w:rPr>
            </w:pPr>
            <w:r w:rsidRPr="00584257">
              <w:rPr>
                <w:rFonts w:cs="Times New Roman"/>
              </w:rPr>
              <w:t>2/96</w:t>
            </w:r>
          </w:p>
        </w:tc>
      </w:tr>
    </w:tbl>
    <w:p w14:paraId="5ACA0509" w14:textId="77777777" w:rsidR="00365CB7" w:rsidRPr="001013D3" w:rsidRDefault="00BF18E0">
      <w:pPr>
        <w:spacing w:before="120"/>
        <w:jc w:val="both"/>
        <w:rPr>
          <w:lang w:val="ru-RU"/>
        </w:rPr>
      </w:pPr>
      <w:r w:rsidRPr="001013D3">
        <w:rPr>
          <w:sz w:val="18"/>
          <w:lang w:val="ru-RU"/>
        </w:rPr>
        <w:t xml:space="preserve">Примечание: продолжительность академического часа устанавливается локальными актами АНО </w:t>
      </w:r>
      <w:proofErr w:type="gramStart"/>
      <w:r w:rsidRPr="001013D3">
        <w:rPr>
          <w:sz w:val="18"/>
          <w:lang w:val="ru-RU"/>
        </w:rPr>
        <w:t>ДО</w:t>
      </w:r>
      <w:proofErr w:type="gramEnd"/>
      <w:r w:rsidRPr="001013D3">
        <w:rPr>
          <w:sz w:val="18"/>
          <w:lang w:val="ru-RU"/>
        </w:rPr>
        <w:t xml:space="preserve"> </w:t>
      </w:r>
      <w:proofErr w:type="gramStart"/>
      <w:r w:rsidRPr="001013D3">
        <w:rPr>
          <w:sz w:val="18"/>
          <w:lang w:val="ru-RU"/>
        </w:rPr>
        <w:t>Детский</w:t>
      </w:r>
      <w:proofErr w:type="gramEnd"/>
      <w:r w:rsidRPr="001013D3">
        <w:rPr>
          <w:sz w:val="18"/>
          <w:lang w:val="ru-RU"/>
        </w:rPr>
        <w:t xml:space="preserve"> Сад «Савушка» в соответствии с санитарно-эпидемиологическими правилами в зависимости от возраста</w:t>
      </w:r>
      <w:r w:rsidRPr="001013D3">
        <w:rPr>
          <w:sz w:val="18"/>
          <w:lang w:val="ru-RU"/>
        </w:rPr>
        <w:t xml:space="preserve"> Воспитанника.</w:t>
      </w:r>
    </w:p>
    <w:p w14:paraId="133000E4" w14:textId="77777777" w:rsidR="00365CB7" w:rsidRPr="001013D3" w:rsidRDefault="00365CB7">
      <w:pPr>
        <w:jc w:val="both"/>
        <w:rPr>
          <w:lang w:val="ru-RU"/>
        </w:rPr>
      </w:pPr>
    </w:p>
    <w:tbl>
      <w:tblPr>
        <w:tblStyle w:val="aff0"/>
        <w:tblW w:w="0" w:type="auto"/>
        <w:tblLayout w:type="fixed"/>
        <w:tblLook w:val="04A0" w:firstRow="1" w:lastRow="0" w:firstColumn="1" w:lastColumn="0" w:noHBand="0" w:noVBand="1"/>
      </w:tblPr>
      <w:tblGrid>
        <w:gridCol w:w="4819"/>
        <w:gridCol w:w="4819"/>
      </w:tblGrid>
      <w:tr w:rsidR="00365CB7" w:rsidRPr="00584257" w14:paraId="4DFB5107" w14:textId="77777777">
        <w:trPr>
          <w:cantSplit/>
        </w:trPr>
        <w:tc>
          <w:tcPr>
            <w:tcW w:w="4819" w:type="dxa"/>
          </w:tcPr>
          <w:p w14:paraId="339EDD68" w14:textId="77777777" w:rsidR="00365CB7" w:rsidRPr="001013D3" w:rsidRDefault="00BF18E0">
            <w:pPr>
              <w:spacing w:after="40"/>
              <w:rPr>
                <w:lang w:val="ru-RU"/>
              </w:rPr>
            </w:pPr>
            <w:r w:rsidRPr="001013D3">
              <w:rPr>
                <w:b/>
                <w:sz w:val="18"/>
                <w:lang w:val="ru-RU"/>
              </w:rPr>
              <w:t>Автономная Некоммерческая Организация Дошкольного Образования Детский Сад «САВУШКА»</w:t>
            </w:r>
          </w:p>
          <w:p w14:paraId="70A0A98F" w14:textId="77777777" w:rsidR="00365CB7" w:rsidRPr="001013D3" w:rsidRDefault="00BF18E0">
            <w:pPr>
              <w:spacing w:after="40"/>
              <w:rPr>
                <w:lang w:val="ru-RU"/>
              </w:rPr>
            </w:pPr>
            <w:r w:rsidRPr="001013D3">
              <w:rPr>
                <w:b/>
                <w:sz w:val="18"/>
                <w:lang w:val="ru-RU"/>
              </w:rPr>
              <w:t>(АНО ДО Детский Сад «Савушка»)</w:t>
            </w:r>
          </w:p>
          <w:p w14:paraId="5E95B76D" w14:textId="77777777" w:rsidR="00365CB7" w:rsidRPr="001013D3" w:rsidRDefault="00BF18E0">
            <w:pPr>
              <w:spacing w:after="40"/>
              <w:rPr>
                <w:lang w:val="ru-RU"/>
              </w:rPr>
            </w:pPr>
            <w:r w:rsidRPr="001013D3">
              <w:rPr>
                <w:sz w:val="18"/>
                <w:lang w:val="ru-RU"/>
              </w:rPr>
              <w:t xml:space="preserve">Юридический адрес: 141408, Московская область, г. Химки, </w:t>
            </w:r>
            <w:proofErr w:type="spellStart"/>
            <w:r w:rsidRPr="001013D3">
              <w:rPr>
                <w:sz w:val="18"/>
                <w:lang w:val="ru-RU"/>
              </w:rPr>
              <w:t>мкр</w:t>
            </w:r>
            <w:proofErr w:type="spellEnd"/>
            <w:r w:rsidRPr="001013D3">
              <w:rPr>
                <w:sz w:val="18"/>
                <w:lang w:val="ru-RU"/>
              </w:rPr>
              <w:t xml:space="preserve">-н Сходня, </w:t>
            </w:r>
            <w:proofErr w:type="spellStart"/>
            <w:r w:rsidRPr="001013D3">
              <w:rPr>
                <w:sz w:val="18"/>
                <w:lang w:val="ru-RU"/>
              </w:rPr>
              <w:t>Новосходненское</w:t>
            </w:r>
            <w:proofErr w:type="spellEnd"/>
            <w:r w:rsidRPr="001013D3">
              <w:rPr>
                <w:sz w:val="18"/>
                <w:lang w:val="ru-RU"/>
              </w:rPr>
              <w:t xml:space="preserve"> шоссе, д. 2</w:t>
            </w:r>
          </w:p>
          <w:p w14:paraId="30AAC0C4" w14:textId="77777777" w:rsidR="00365CB7" w:rsidRPr="001013D3" w:rsidRDefault="00BF18E0">
            <w:pPr>
              <w:spacing w:after="40"/>
              <w:rPr>
                <w:lang w:val="ru-RU"/>
              </w:rPr>
            </w:pPr>
            <w:r w:rsidRPr="001013D3">
              <w:rPr>
                <w:sz w:val="18"/>
                <w:lang w:val="ru-RU"/>
              </w:rPr>
              <w:t xml:space="preserve">Фактический адрес: 141408, Московская область, г. Химки, </w:t>
            </w:r>
            <w:proofErr w:type="spellStart"/>
            <w:r w:rsidRPr="001013D3">
              <w:rPr>
                <w:sz w:val="18"/>
                <w:lang w:val="ru-RU"/>
              </w:rPr>
              <w:t>мкр</w:t>
            </w:r>
            <w:proofErr w:type="spellEnd"/>
            <w:r w:rsidRPr="001013D3">
              <w:rPr>
                <w:sz w:val="18"/>
                <w:lang w:val="ru-RU"/>
              </w:rPr>
              <w:t xml:space="preserve">-н Сходня, </w:t>
            </w:r>
            <w:proofErr w:type="spellStart"/>
            <w:r w:rsidRPr="001013D3">
              <w:rPr>
                <w:sz w:val="18"/>
                <w:lang w:val="ru-RU"/>
              </w:rPr>
              <w:t>Новосходненское</w:t>
            </w:r>
            <w:proofErr w:type="spellEnd"/>
            <w:r w:rsidRPr="001013D3">
              <w:rPr>
                <w:sz w:val="18"/>
                <w:lang w:val="ru-RU"/>
              </w:rPr>
              <w:t xml:space="preserve"> шоссе, д. 2</w:t>
            </w:r>
          </w:p>
          <w:p w14:paraId="21B1F5D3" w14:textId="77777777" w:rsidR="00365CB7" w:rsidRPr="001013D3" w:rsidRDefault="00BF18E0">
            <w:pPr>
              <w:spacing w:after="40"/>
              <w:rPr>
                <w:lang w:val="ru-RU"/>
              </w:rPr>
            </w:pPr>
            <w:r w:rsidRPr="001013D3">
              <w:rPr>
                <w:sz w:val="18"/>
                <w:lang w:val="ru-RU"/>
              </w:rPr>
              <w:t>Телефон: +7 (495) 500-00-26</w:t>
            </w:r>
          </w:p>
          <w:p w14:paraId="4330523B" w14:textId="77777777" w:rsidR="00365CB7" w:rsidRPr="001013D3" w:rsidRDefault="00BF18E0">
            <w:pPr>
              <w:spacing w:after="40"/>
              <w:rPr>
                <w:lang w:val="ru-RU"/>
              </w:rPr>
            </w:pPr>
            <w:r w:rsidRPr="001013D3">
              <w:rPr>
                <w:sz w:val="18"/>
                <w:lang w:val="ru-RU"/>
              </w:rPr>
              <w:t>ОГРН 1165000051589</w:t>
            </w:r>
          </w:p>
          <w:p w14:paraId="2FCF6C37" w14:textId="77777777" w:rsidR="00365CB7" w:rsidRPr="001013D3" w:rsidRDefault="00BF18E0">
            <w:pPr>
              <w:spacing w:after="40"/>
              <w:rPr>
                <w:lang w:val="ru-RU"/>
              </w:rPr>
            </w:pPr>
            <w:r w:rsidRPr="001013D3">
              <w:rPr>
                <w:sz w:val="18"/>
                <w:lang w:val="ru-RU"/>
              </w:rPr>
              <w:t>ИНН 5047183461 / КПП 504701001</w:t>
            </w:r>
          </w:p>
          <w:p w14:paraId="43773819" w14:textId="77777777" w:rsidR="00365CB7" w:rsidRPr="001013D3" w:rsidRDefault="00BF18E0">
            <w:pPr>
              <w:spacing w:after="40"/>
              <w:rPr>
                <w:lang w:val="ru-RU"/>
              </w:rPr>
            </w:pPr>
            <w:r w:rsidRPr="001013D3">
              <w:rPr>
                <w:sz w:val="18"/>
                <w:lang w:val="ru-RU"/>
              </w:rPr>
              <w:t>Р/счет 40703810802810000010</w:t>
            </w:r>
          </w:p>
          <w:p w14:paraId="4FAFE0D0" w14:textId="77777777" w:rsidR="00365CB7" w:rsidRPr="001013D3" w:rsidRDefault="00BF18E0">
            <w:pPr>
              <w:spacing w:after="40"/>
              <w:rPr>
                <w:lang w:val="ru-RU"/>
              </w:rPr>
            </w:pPr>
            <w:r w:rsidRPr="001013D3">
              <w:rPr>
                <w:sz w:val="18"/>
                <w:lang w:val="ru-RU"/>
              </w:rPr>
              <w:t>К/счет 30101810200000000593</w:t>
            </w:r>
          </w:p>
          <w:p w14:paraId="29505B37" w14:textId="77777777" w:rsidR="00365CB7" w:rsidRPr="001013D3" w:rsidRDefault="00BF18E0">
            <w:pPr>
              <w:spacing w:after="40"/>
              <w:rPr>
                <w:lang w:val="ru-RU"/>
              </w:rPr>
            </w:pPr>
            <w:r w:rsidRPr="001013D3">
              <w:rPr>
                <w:sz w:val="18"/>
                <w:lang w:val="ru-RU"/>
              </w:rPr>
              <w:t>АО «АЛЬФА-БАНК»</w:t>
            </w:r>
          </w:p>
          <w:p w14:paraId="0AC803AF" w14:textId="77777777" w:rsidR="00365CB7" w:rsidRPr="001013D3" w:rsidRDefault="00BF18E0">
            <w:pPr>
              <w:spacing w:after="40"/>
              <w:rPr>
                <w:lang w:val="ru-RU"/>
              </w:rPr>
            </w:pPr>
            <w:r w:rsidRPr="001013D3">
              <w:rPr>
                <w:sz w:val="18"/>
                <w:lang w:val="ru-RU"/>
              </w:rPr>
              <w:t>БИК 044</w:t>
            </w:r>
            <w:r w:rsidRPr="001013D3">
              <w:rPr>
                <w:sz w:val="18"/>
                <w:lang w:val="ru-RU"/>
              </w:rPr>
              <w:t>525593</w:t>
            </w:r>
          </w:p>
          <w:p w14:paraId="3641F49E" w14:textId="77777777" w:rsidR="00365CB7" w:rsidRPr="001013D3" w:rsidRDefault="00365CB7">
            <w:pPr>
              <w:spacing w:after="40"/>
              <w:rPr>
                <w:lang w:val="ru-RU"/>
              </w:rPr>
            </w:pPr>
          </w:p>
          <w:p w14:paraId="1B52130A" w14:textId="77777777" w:rsidR="00365CB7" w:rsidRPr="001013D3" w:rsidRDefault="00BF18E0">
            <w:pPr>
              <w:spacing w:after="40"/>
              <w:rPr>
                <w:lang w:val="ru-RU"/>
              </w:rPr>
            </w:pPr>
            <w:r w:rsidRPr="001013D3">
              <w:rPr>
                <w:b/>
                <w:sz w:val="18"/>
                <w:lang w:val="ru-RU"/>
              </w:rPr>
              <w:t xml:space="preserve">Директор _________________ / </w:t>
            </w:r>
            <w:proofErr w:type="spellStart"/>
            <w:r w:rsidRPr="001013D3">
              <w:rPr>
                <w:b/>
                <w:sz w:val="18"/>
                <w:lang w:val="ru-RU"/>
              </w:rPr>
              <w:t>Бетенина</w:t>
            </w:r>
            <w:proofErr w:type="spellEnd"/>
            <w:r w:rsidRPr="001013D3">
              <w:rPr>
                <w:b/>
                <w:sz w:val="18"/>
                <w:lang w:val="ru-RU"/>
              </w:rPr>
              <w:t xml:space="preserve"> С.В. /</w:t>
            </w:r>
          </w:p>
          <w:p w14:paraId="36B11E9B" w14:textId="77777777" w:rsidR="00365CB7" w:rsidRDefault="00BF18E0">
            <w:pPr>
              <w:spacing w:after="40"/>
            </w:pPr>
            <w:r>
              <w:rPr>
                <w:sz w:val="18"/>
              </w:rPr>
              <w:t>(</w:t>
            </w:r>
            <w:proofErr w:type="spellStart"/>
            <w:r>
              <w:rPr>
                <w:sz w:val="18"/>
              </w:rPr>
              <w:t>действует</w:t>
            </w:r>
            <w:proofErr w:type="spellEnd"/>
            <w:r>
              <w:rPr>
                <w:sz w:val="18"/>
              </w:rPr>
              <w:t xml:space="preserve"> </w:t>
            </w:r>
            <w:proofErr w:type="spellStart"/>
            <w:r>
              <w:rPr>
                <w:sz w:val="18"/>
              </w:rPr>
              <w:t>на</w:t>
            </w:r>
            <w:proofErr w:type="spellEnd"/>
            <w:r>
              <w:rPr>
                <w:sz w:val="18"/>
              </w:rPr>
              <w:t xml:space="preserve"> </w:t>
            </w:r>
            <w:proofErr w:type="spellStart"/>
            <w:r>
              <w:rPr>
                <w:sz w:val="18"/>
              </w:rPr>
              <w:t>основании</w:t>
            </w:r>
            <w:proofErr w:type="spellEnd"/>
            <w:r>
              <w:rPr>
                <w:sz w:val="18"/>
              </w:rPr>
              <w:t xml:space="preserve"> </w:t>
            </w:r>
            <w:proofErr w:type="spellStart"/>
            <w:r>
              <w:rPr>
                <w:sz w:val="18"/>
              </w:rPr>
              <w:t>Устава</w:t>
            </w:r>
            <w:proofErr w:type="spellEnd"/>
            <w:r>
              <w:rPr>
                <w:sz w:val="18"/>
              </w:rPr>
              <w:t>)</w:t>
            </w:r>
          </w:p>
        </w:tc>
        <w:tc>
          <w:tcPr>
            <w:tcW w:w="4819" w:type="dxa"/>
          </w:tcPr>
          <w:p w14:paraId="43EFEE16" w14:textId="77777777" w:rsidR="00365CB7" w:rsidRPr="001013D3" w:rsidRDefault="00BF18E0">
            <w:pPr>
              <w:spacing w:after="60"/>
              <w:rPr>
                <w:lang w:val="ru-RU"/>
              </w:rPr>
            </w:pPr>
            <w:r w:rsidRPr="001013D3">
              <w:rPr>
                <w:b/>
                <w:sz w:val="18"/>
                <w:lang w:val="ru-RU"/>
              </w:rPr>
              <w:t>ФИО полностью:</w:t>
            </w:r>
          </w:p>
          <w:p w14:paraId="668D8A4C" w14:textId="77777777" w:rsidR="00365CB7" w:rsidRPr="001013D3" w:rsidRDefault="00BF18E0">
            <w:pPr>
              <w:spacing w:after="60"/>
              <w:rPr>
                <w:lang w:val="ru-RU"/>
              </w:rPr>
            </w:pPr>
            <w:r w:rsidRPr="001013D3">
              <w:rPr>
                <w:sz w:val="18"/>
                <w:lang w:val="ru-RU"/>
              </w:rPr>
              <w:t>_______________________________________</w:t>
            </w:r>
          </w:p>
          <w:p w14:paraId="5EFF6A50" w14:textId="77777777" w:rsidR="00365CB7" w:rsidRPr="001013D3" w:rsidRDefault="00BF18E0">
            <w:pPr>
              <w:spacing w:after="60"/>
              <w:rPr>
                <w:lang w:val="ru-RU"/>
              </w:rPr>
            </w:pPr>
            <w:r w:rsidRPr="001013D3">
              <w:rPr>
                <w:sz w:val="18"/>
                <w:lang w:val="ru-RU"/>
              </w:rPr>
              <w:t>_______________________________________</w:t>
            </w:r>
          </w:p>
          <w:p w14:paraId="079E5DB3" w14:textId="77777777" w:rsidR="00365CB7" w:rsidRPr="001013D3" w:rsidRDefault="00BF18E0">
            <w:pPr>
              <w:spacing w:after="60"/>
              <w:rPr>
                <w:lang w:val="ru-RU"/>
              </w:rPr>
            </w:pPr>
            <w:r w:rsidRPr="001013D3">
              <w:rPr>
                <w:sz w:val="18"/>
                <w:lang w:val="ru-RU"/>
              </w:rPr>
              <w:t>Дата рождения: _____________________ г.</w:t>
            </w:r>
          </w:p>
          <w:p w14:paraId="617D5F50" w14:textId="77777777" w:rsidR="00365CB7" w:rsidRPr="001013D3" w:rsidRDefault="00BF18E0">
            <w:pPr>
              <w:spacing w:after="60"/>
              <w:rPr>
                <w:lang w:val="ru-RU"/>
              </w:rPr>
            </w:pPr>
            <w:r w:rsidRPr="001013D3">
              <w:rPr>
                <w:sz w:val="18"/>
                <w:lang w:val="ru-RU"/>
              </w:rPr>
              <w:t xml:space="preserve">Паспорт: серия _______ № </w:t>
            </w:r>
            <w:r w:rsidRPr="001013D3">
              <w:rPr>
                <w:sz w:val="18"/>
                <w:lang w:val="ru-RU"/>
              </w:rPr>
              <w:t>______________</w:t>
            </w:r>
          </w:p>
          <w:p w14:paraId="21BE5E40" w14:textId="77777777" w:rsidR="00365CB7" w:rsidRPr="001013D3" w:rsidRDefault="00BF18E0">
            <w:pPr>
              <w:spacing w:after="60"/>
              <w:rPr>
                <w:lang w:val="ru-RU"/>
              </w:rPr>
            </w:pPr>
            <w:r w:rsidRPr="001013D3">
              <w:rPr>
                <w:sz w:val="18"/>
                <w:lang w:val="ru-RU"/>
              </w:rPr>
              <w:t>Кем выдан:</w:t>
            </w:r>
          </w:p>
          <w:p w14:paraId="1F327D17" w14:textId="77777777" w:rsidR="00365CB7" w:rsidRPr="001013D3" w:rsidRDefault="00BF18E0">
            <w:pPr>
              <w:spacing w:after="60"/>
              <w:rPr>
                <w:lang w:val="ru-RU"/>
              </w:rPr>
            </w:pPr>
            <w:r w:rsidRPr="001013D3">
              <w:rPr>
                <w:sz w:val="18"/>
                <w:lang w:val="ru-RU"/>
              </w:rPr>
              <w:t>_______________________________________</w:t>
            </w:r>
          </w:p>
          <w:p w14:paraId="6EF5ABE7" w14:textId="77777777" w:rsidR="00365CB7" w:rsidRPr="001013D3" w:rsidRDefault="00BF18E0">
            <w:pPr>
              <w:spacing w:after="60"/>
              <w:rPr>
                <w:lang w:val="ru-RU"/>
              </w:rPr>
            </w:pPr>
            <w:r w:rsidRPr="001013D3">
              <w:rPr>
                <w:sz w:val="18"/>
                <w:lang w:val="ru-RU"/>
              </w:rPr>
              <w:t>_______________________________________</w:t>
            </w:r>
          </w:p>
          <w:p w14:paraId="61D0A0DF" w14:textId="77777777" w:rsidR="00365CB7" w:rsidRPr="001013D3" w:rsidRDefault="00BF18E0">
            <w:pPr>
              <w:spacing w:after="60"/>
              <w:rPr>
                <w:lang w:val="ru-RU"/>
              </w:rPr>
            </w:pPr>
            <w:r w:rsidRPr="001013D3">
              <w:rPr>
                <w:sz w:val="18"/>
                <w:lang w:val="ru-RU"/>
              </w:rPr>
              <w:t>Дата выдачи: ______________________ г.</w:t>
            </w:r>
          </w:p>
          <w:p w14:paraId="1BB870B1" w14:textId="77777777" w:rsidR="00365CB7" w:rsidRPr="001013D3" w:rsidRDefault="00BF18E0">
            <w:pPr>
              <w:spacing w:after="60"/>
              <w:rPr>
                <w:lang w:val="ru-RU"/>
              </w:rPr>
            </w:pPr>
            <w:r w:rsidRPr="001013D3">
              <w:rPr>
                <w:sz w:val="18"/>
                <w:lang w:val="ru-RU"/>
              </w:rPr>
              <w:t>Адрес регистрации:</w:t>
            </w:r>
          </w:p>
          <w:p w14:paraId="0DC7FC70" w14:textId="77777777" w:rsidR="00365CB7" w:rsidRPr="001013D3" w:rsidRDefault="00BF18E0">
            <w:pPr>
              <w:spacing w:after="60"/>
              <w:rPr>
                <w:lang w:val="ru-RU"/>
              </w:rPr>
            </w:pPr>
            <w:r w:rsidRPr="001013D3">
              <w:rPr>
                <w:sz w:val="18"/>
                <w:lang w:val="ru-RU"/>
              </w:rPr>
              <w:t>_______________________________________</w:t>
            </w:r>
          </w:p>
          <w:p w14:paraId="4C2C08C3" w14:textId="77777777" w:rsidR="00365CB7" w:rsidRPr="001013D3" w:rsidRDefault="00BF18E0">
            <w:pPr>
              <w:spacing w:after="60"/>
              <w:rPr>
                <w:lang w:val="ru-RU"/>
              </w:rPr>
            </w:pPr>
            <w:r w:rsidRPr="001013D3">
              <w:rPr>
                <w:sz w:val="18"/>
                <w:lang w:val="ru-RU"/>
              </w:rPr>
              <w:t>_______________________________________</w:t>
            </w:r>
          </w:p>
          <w:p w14:paraId="505903E5" w14:textId="77777777" w:rsidR="00365CB7" w:rsidRPr="001013D3" w:rsidRDefault="00BF18E0">
            <w:pPr>
              <w:spacing w:after="60"/>
              <w:rPr>
                <w:lang w:val="ru-RU"/>
              </w:rPr>
            </w:pPr>
            <w:r w:rsidRPr="001013D3">
              <w:rPr>
                <w:sz w:val="18"/>
                <w:lang w:val="ru-RU"/>
              </w:rPr>
              <w:t xml:space="preserve">Фактический </w:t>
            </w:r>
            <w:r w:rsidRPr="001013D3">
              <w:rPr>
                <w:sz w:val="18"/>
                <w:lang w:val="ru-RU"/>
              </w:rPr>
              <w:t>адрес проживания:</w:t>
            </w:r>
          </w:p>
          <w:p w14:paraId="01F746FB" w14:textId="77777777" w:rsidR="00365CB7" w:rsidRPr="001013D3" w:rsidRDefault="00BF18E0">
            <w:pPr>
              <w:spacing w:after="60"/>
              <w:rPr>
                <w:lang w:val="ru-RU"/>
              </w:rPr>
            </w:pPr>
            <w:r w:rsidRPr="001013D3">
              <w:rPr>
                <w:sz w:val="18"/>
                <w:lang w:val="ru-RU"/>
              </w:rPr>
              <w:t>_______________________________________</w:t>
            </w:r>
          </w:p>
          <w:p w14:paraId="066AB60C" w14:textId="77777777" w:rsidR="00365CB7" w:rsidRPr="001013D3" w:rsidRDefault="00BF18E0">
            <w:pPr>
              <w:spacing w:after="60"/>
              <w:rPr>
                <w:lang w:val="ru-RU"/>
              </w:rPr>
            </w:pPr>
            <w:r w:rsidRPr="001013D3">
              <w:rPr>
                <w:sz w:val="18"/>
                <w:lang w:val="ru-RU"/>
              </w:rPr>
              <w:t>_______________________________________</w:t>
            </w:r>
          </w:p>
          <w:p w14:paraId="46D699F1" w14:textId="77777777" w:rsidR="00365CB7" w:rsidRPr="001013D3" w:rsidRDefault="00BF18E0">
            <w:pPr>
              <w:spacing w:after="60"/>
              <w:rPr>
                <w:lang w:val="ru-RU"/>
              </w:rPr>
            </w:pPr>
            <w:r w:rsidRPr="001013D3">
              <w:rPr>
                <w:sz w:val="18"/>
                <w:lang w:val="ru-RU"/>
              </w:rPr>
              <w:t>Телефон мобильный: +7 (____) __________</w:t>
            </w:r>
          </w:p>
          <w:p w14:paraId="31DC8A23" w14:textId="77777777" w:rsidR="00365CB7" w:rsidRPr="001013D3" w:rsidRDefault="00BF18E0">
            <w:pPr>
              <w:spacing w:after="60"/>
              <w:rPr>
                <w:lang w:val="ru-RU"/>
              </w:rPr>
            </w:pPr>
            <w:r w:rsidRPr="001013D3">
              <w:rPr>
                <w:sz w:val="18"/>
                <w:lang w:val="ru-RU"/>
              </w:rPr>
              <w:t>Адрес электронной почты:</w:t>
            </w:r>
          </w:p>
          <w:p w14:paraId="74AC3FDF" w14:textId="77777777" w:rsidR="00365CB7" w:rsidRPr="001013D3" w:rsidRDefault="00BF18E0">
            <w:pPr>
              <w:spacing w:after="60"/>
              <w:rPr>
                <w:lang w:val="ru-RU"/>
              </w:rPr>
            </w:pPr>
            <w:r w:rsidRPr="001013D3">
              <w:rPr>
                <w:sz w:val="18"/>
                <w:lang w:val="ru-RU"/>
              </w:rPr>
              <w:t>_______________________________________</w:t>
            </w:r>
          </w:p>
          <w:p w14:paraId="0F1B4214" w14:textId="77777777" w:rsidR="00365CB7" w:rsidRPr="001013D3" w:rsidRDefault="00365CB7">
            <w:pPr>
              <w:spacing w:after="60"/>
              <w:rPr>
                <w:lang w:val="ru-RU"/>
              </w:rPr>
            </w:pPr>
          </w:p>
          <w:p w14:paraId="23C2BAAE" w14:textId="77777777" w:rsidR="00365CB7" w:rsidRPr="001013D3" w:rsidRDefault="00BF18E0">
            <w:pPr>
              <w:spacing w:after="60"/>
              <w:rPr>
                <w:lang w:val="ru-RU"/>
              </w:rPr>
            </w:pPr>
            <w:r w:rsidRPr="001013D3">
              <w:rPr>
                <w:b/>
                <w:sz w:val="18"/>
                <w:lang w:val="ru-RU"/>
              </w:rPr>
              <w:t>Заказчик (законный представитель)</w:t>
            </w:r>
          </w:p>
          <w:p w14:paraId="00806EA5" w14:textId="77777777" w:rsidR="00365CB7" w:rsidRPr="001013D3" w:rsidRDefault="00BF18E0">
            <w:pPr>
              <w:spacing w:after="60"/>
              <w:rPr>
                <w:lang w:val="ru-RU"/>
              </w:rPr>
            </w:pPr>
            <w:r w:rsidRPr="001013D3">
              <w:rPr>
                <w:sz w:val="18"/>
                <w:lang w:val="ru-RU"/>
              </w:rPr>
              <w:t xml:space="preserve">___________ / </w:t>
            </w:r>
            <w:r w:rsidRPr="001013D3">
              <w:rPr>
                <w:sz w:val="18"/>
                <w:lang w:val="ru-RU"/>
              </w:rPr>
              <w:t>____________________ /</w:t>
            </w:r>
          </w:p>
          <w:p w14:paraId="5A2163B7" w14:textId="77777777" w:rsidR="00365CB7" w:rsidRPr="001013D3" w:rsidRDefault="00BF18E0">
            <w:pPr>
              <w:spacing w:after="60"/>
              <w:rPr>
                <w:lang w:val="ru-RU"/>
              </w:rPr>
            </w:pPr>
            <w:r w:rsidRPr="001013D3">
              <w:rPr>
                <w:sz w:val="18"/>
                <w:lang w:val="ru-RU"/>
              </w:rPr>
              <w:t xml:space="preserve">        подпись                        расшифровка</w:t>
            </w:r>
          </w:p>
        </w:tc>
      </w:tr>
    </w:tbl>
    <w:p w14:paraId="3D604DEA" w14:textId="77777777" w:rsidR="00365CB7" w:rsidRPr="001013D3" w:rsidRDefault="00BF18E0">
      <w:pPr>
        <w:rPr>
          <w:lang w:val="ru-RU"/>
        </w:rPr>
      </w:pPr>
      <w:r w:rsidRPr="001013D3">
        <w:rPr>
          <w:lang w:val="ru-RU"/>
        </w:rPr>
        <w:br w:type="page"/>
      </w:r>
    </w:p>
    <w:p w14:paraId="3299D1B7" w14:textId="77777777" w:rsidR="00365CB7" w:rsidRPr="001013D3" w:rsidRDefault="00BF18E0">
      <w:pPr>
        <w:spacing w:after="0"/>
        <w:jc w:val="right"/>
        <w:rPr>
          <w:lang w:val="ru-RU"/>
        </w:rPr>
      </w:pPr>
      <w:r w:rsidRPr="001013D3">
        <w:rPr>
          <w:b/>
          <w:lang w:val="ru-RU"/>
        </w:rPr>
        <w:lastRenderedPageBreak/>
        <w:t>Приложение №2</w:t>
      </w:r>
    </w:p>
    <w:p w14:paraId="520F2CCD" w14:textId="77777777" w:rsidR="00365CB7" w:rsidRPr="001013D3" w:rsidRDefault="00BF18E0">
      <w:pPr>
        <w:spacing w:after="160"/>
        <w:jc w:val="right"/>
        <w:rPr>
          <w:lang w:val="ru-RU"/>
        </w:rPr>
      </w:pPr>
      <w:r w:rsidRPr="001013D3">
        <w:rPr>
          <w:lang w:val="ru-RU"/>
        </w:rPr>
        <w:t>к договору № ________/26 от «____» ____________ 2026 г.</w:t>
      </w:r>
    </w:p>
    <w:p w14:paraId="2B368DB7" w14:textId="77777777" w:rsidR="00365CB7" w:rsidRPr="001013D3" w:rsidRDefault="00BF18E0">
      <w:pPr>
        <w:spacing w:after="0"/>
        <w:jc w:val="center"/>
        <w:rPr>
          <w:lang w:val="ru-RU"/>
        </w:rPr>
      </w:pPr>
      <w:r w:rsidRPr="001013D3">
        <w:rPr>
          <w:b/>
          <w:lang w:val="ru-RU"/>
        </w:rPr>
        <w:t>СОГЛАСИЕ ЗАКАЗЧИКА (ЗАКОННОГО ПРЕДСТАВИТЕЛЯ) ВОСПИТАННИКА</w:t>
      </w:r>
    </w:p>
    <w:p w14:paraId="66E765C4" w14:textId="77777777" w:rsidR="00365CB7" w:rsidRPr="001013D3" w:rsidRDefault="00BF18E0">
      <w:pPr>
        <w:spacing w:after="160"/>
        <w:jc w:val="center"/>
        <w:rPr>
          <w:lang w:val="ru-RU"/>
        </w:rPr>
      </w:pPr>
      <w:r w:rsidRPr="001013D3">
        <w:rPr>
          <w:b/>
          <w:lang w:val="ru-RU"/>
        </w:rPr>
        <w:t>НА ОБРАБОТКУ ПЕРСОНАЛЬНЫХ ДАННЫХ</w:t>
      </w:r>
    </w:p>
    <w:p w14:paraId="56380A8F" w14:textId="77777777" w:rsidR="00365CB7" w:rsidRPr="001013D3" w:rsidRDefault="00BF18E0">
      <w:pPr>
        <w:spacing w:after="160"/>
        <w:jc w:val="both"/>
        <w:rPr>
          <w:lang w:val="ru-RU"/>
        </w:rPr>
      </w:pPr>
      <w:r w:rsidRPr="001013D3">
        <w:rPr>
          <w:lang w:val="ru-RU"/>
        </w:rPr>
        <w:t>г. Химки</w:t>
      </w:r>
      <w:r w:rsidRPr="001013D3">
        <w:rPr>
          <w:lang w:val="ru-RU"/>
        </w:rPr>
        <w:tab/>
      </w:r>
      <w:r w:rsidRPr="001013D3">
        <w:rPr>
          <w:lang w:val="ru-RU"/>
        </w:rPr>
        <w:tab/>
      </w:r>
      <w:r w:rsidRPr="001013D3">
        <w:rPr>
          <w:lang w:val="ru-RU"/>
        </w:rPr>
        <w:tab/>
      </w:r>
      <w:r w:rsidRPr="001013D3">
        <w:rPr>
          <w:lang w:val="ru-RU"/>
        </w:rPr>
        <w:tab/>
      </w:r>
      <w:r w:rsidRPr="001013D3">
        <w:rPr>
          <w:lang w:val="ru-RU"/>
        </w:rPr>
        <w:tab/>
      </w:r>
      <w:r w:rsidRPr="001013D3">
        <w:rPr>
          <w:lang w:val="ru-RU"/>
        </w:rPr>
        <w:tab/>
      </w:r>
      <w:r w:rsidRPr="001013D3">
        <w:rPr>
          <w:lang w:val="ru-RU"/>
        </w:rPr>
        <w:tab/>
        <w:t>«__</w:t>
      </w:r>
      <w:r w:rsidRPr="001013D3">
        <w:rPr>
          <w:lang w:val="ru-RU"/>
        </w:rPr>
        <w:t>__» ____________ 2026 г.</w:t>
      </w:r>
    </w:p>
    <w:p w14:paraId="3EFA018A" w14:textId="77777777" w:rsidR="00365CB7" w:rsidRPr="001013D3" w:rsidRDefault="00BF18E0">
      <w:pPr>
        <w:jc w:val="both"/>
        <w:rPr>
          <w:lang w:val="ru-RU"/>
        </w:rPr>
      </w:pPr>
      <w:r w:rsidRPr="001013D3">
        <w:rPr>
          <w:lang w:val="ru-RU"/>
        </w:rPr>
        <w:t>Я, ______________________________________________________________________________________,</w:t>
      </w:r>
    </w:p>
    <w:p w14:paraId="1819F310" w14:textId="77777777" w:rsidR="00365CB7" w:rsidRPr="001013D3" w:rsidRDefault="00BF18E0">
      <w:pPr>
        <w:spacing w:after="40"/>
        <w:jc w:val="center"/>
        <w:rPr>
          <w:lang w:val="ru-RU"/>
        </w:rPr>
      </w:pPr>
      <w:r w:rsidRPr="001013D3">
        <w:rPr>
          <w:sz w:val="18"/>
          <w:lang w:val="ru-RU"/>
        </w:rPr>
        <w:t>(ФИО Заказчика, законного представителя полностью)</w:t>
      </w:r>
    </w:p>
    <w:p w14:paraId="368E5DD1" w14:textId="77777777" w:rsidR="00365CB7" w:rsidRPr="001013D3" w:rsidRDefault="00BF18E0">
      <w:pPr>
        <w:jc w:val="both"/>
        <w:rPr>
          <w:lang w:val="ru-RU"/>
        </w:rPr>
      </w:pPr>
      <w:r w:rsidRPr="001013D3">
        <w:rPr>
          <w:lang w:val="ru-RU"/>
        </w:rPr>
        <w:t>зарегистрированный(-</w:t>
      </w:r>
      <w:proofErr w:type="spellStart"/>
      <w:r w:rsidRPr="001013D3">
        <w:rPr>
          <w:lang w:val="ru-RU"/>
        </w:rPr>
        <w:t>ая</w:t>
      </w:r>
      <w:proofErr w:type="spellEnd"/>
      <w:r w:rsidRPr="001013D3">
        <w:rPr>
          <w:lang w:val="ru-RU"/>
        </w:rPr>
        <w:t>) по адресу: ______________________________________________________</w:t>
      </w:r>
      <w:r w:rsidRPr="001013D3">
        <w:rPr>
          <w:lang w:val="ru-RU"/>
        </w:rPr>
        <w:t>______,</w:t>
      </w:r>
    </w:p>
    <w:p w14:paraId="0EB1ECD3" w14:textId="77777777" w:rsidR="00365CB7" w:rsidRPr="001013D3" w:rsidRDefault="00BF18E0">
      <w:pPr>
        <w:jc w:val="both"/>
        <w:rPr>
          <w:lang w:val="ru-RU"/>
        </w:rPr>
      </w:pPr>
      <w:r w:rsidRPr="001013D3">
        <w:rPr>
          <w:lang w:val="ru-RU"/>
        </w:rPr>
        <w:t>документ, удостоверяющий личность: паспорт серия ________ № ____________, выдан ________________________________________________, дата выдачи «____» ____________ ______ г.,</w:t>
      </w:r>
    </w:p>
    <w:p w14:paraId="5AD72295" w14:textId="77777777" w:rsidR="00365CB7" w:rsidRPr="001013D3" w:rsidRDefault="00BF18E0">
      <w:pPr>
        <w:jc w:val="both"/>
        <w:rPr>
          <w:lang w:val="ru-RU"/>
        </w:rPr>
      </w:pPr>
      <w:r w:rsidRPr="001013D3">
        <w:rPr>
          <w:lang w:val="ru-RU"/>
        </w:rPr>
        <w:t xml:space="preserve">являясь родителем (законным представителем) </w:t>
      </w:r>
      <w:r w:rsidRPr="001013D3">
        <w:rPr>
          <w:lang w:val="ru-RU"/>
        </w:rPr>
        <w:t>____________________________________________________,</w:t>
      </w:r>
    </w:p>
    <w:p w14:paraId="0A56965C" w14:textId="77777777" w:rsidR="00365CB7" w:rsidRPr="001013D3" w:rsidRDefault="00BF18E0">
      <w:pPr>
        <w:spacing w:after="40"/>
        <w:jc w:val="center"/>
        <w:rPr>
          <w:lang w:val="ru-RU"/>
        </w:rPr>
      </w:pPr>
      <w:r w:rsidRPr="001013D3">
        <w:rPr>
          <w:sz w:val="18"/>
          <w:lang w:val="ru-RU"/>
        </w:rPr>
        <w:t>(ФИО Воспитанника полностью, дата рождения)</w:t>
      </w:r>
    </w:p>
    <w:p w14:paraId="36D2EDF0" w14:textId="77777777" w:rsidR="00365CB7" w:rsidRPr="001013D3" w:rsidRDefault="00BF18E0">
      <w:pPr>
        <w:jc w:val="both"/>
        <w:rPr>
          <w:lang w:val="ru-RU"/>
        </w:rPr>
      </w:pPr>
      <w:r w:rsidRPr="001013D3">
        <w:rPr>
          <w:lang w:val="ru-RU"/>
        </w:rPr>
        <w:t>далее — Воспитанник, в соответствии с требованиями Федерального закона от 27 июля 2006 года № 152-ФЗ «О персональных данных» подтверждаю своё согласие на обра</w:t>
      </w:r>
      <w:r w:rsidRPr="001013D3">
        <w:rPr>
          <w:lang w:val="ru-RU"/>
        </w:rPr>
        <w:t xml:space="preserve">ботку персональных данных АНО ДО Детский Сад «Савушка» (далее — Оператор, адрес места нахождения: 141408, Московская область, г. Химки, </w:t>
      </w:r>
      <w:proofErr w:type="spellStart"/>
      <w:r w:rsidRPr="001013D3">
        <w:rPr>
          <w:lang w:val="ru-RU"/>
        </w:rPr>
        <w:t>мкр</w:t>
      </w:r>
      <w:proofErr w:type="spellEnd"/>
      <w:r w:rsidRPr="001013D3">
        <w:rPr>
          <w:lang w:val="ru-RU"/>
        </w:rPr>
        <w:t xml:space="preserve">-н Сходня, </w:t>
      </w:r>
      <w:proofErr w:type="spellStart"/>
      <w:r w:rsidRPr="001013D3">
        <w:rPr>
          <w:lang w:val="ru-RU"/>
        </w:rPr>
        <w:t>Новосходненское</w:t>
      </w:r>
      <w:proofErr w:type="spellEnd"/>
      <w:r w:rsidRPr="001013D3">
        <w:rPr>
          <w:lang w:val="ru-RU"/>
        </w:rPr>
        <w:t xml:space="preserve"> шоссе, д. 2) с использованием средств автоматизации или без использования таких средств.</w:t>
      </w:r>
    </w:p>
    <w:p w14:paraId="54FED199" w14:textId="77777777" w:rsidR="00365CB7" w:rsidRPr="001013D3" w:rsidRDefault="00BF18E0">
      <w:pPr>
        <w:spacing w:before="120"/>
        <w:rPr>
          <w:lang w:val="ru-RU"/>
        </w:rPr>
      </w:pPr>
      <w:r w:rsidRPr="001013D3">
        <w:rPr>
          <w:b/>
          <w:lang w:val="ru-RU"/>
        </w:rPr>
        <w:t>1</w:t>
      </w:r>
      <w:r w:rsidRPr="001013D3">
        <w:rPr>
          <w:b/>
          <w:lang w:val="ru-RU"/>
        </w:rPr>
        <w:t>. Цели обработки персональных данных:</w:t>
      </w:r>
    </w:p>
    <w:p w14:paraId="4EBBCA60" w14:textId="77777777" w:rsidR="00365CB7" w:rsidRPr="001013D3" w:rsidRDefault="00BF18E0">
      <w:pPr>
        <w:ind w:left="425"/>
        <w:jc w:val="both"/>
        <w:rPr>
          <w:lang w:val="ru-RU"/>
        </w:rPr>
      </w:pPr>
      <w:r w:rsidRPr="001013D3">
        <w:rPr>
          <w:lang w:val="ru-RU"/>
        </w:rPr>
        <w:t>— исполнение договора об образовании по образовательным программам дошкольного образования, стороной которого является субъект персональных данных;</w:t>
      </w:r>
    </w:p>
    <w:p w14:paraId="154F9F04" w14:textId="77777777" w:rsidR="00365CB7" w:rsidRPr="001013D3" w:rsidRDefault="00BF18E0">
      <w:pPr>
        <w:ind w:left="425"/>
        <w:jc w:val="both"/>
        <w:rPr>
          <w:lang w:val="ru-RU"/>
        </w:rPr>
      </w:pPr>
      <w:r w:rsidRPr="001013D3">
        <w:rPr>
          <w:lang w:val="ru-RU"/>
        </w:rPr>
        <w:t>— организация присмотра и ухода за Воспитанником, обеспечение его безо</w:t>
      </w:r>
      <w:r w:rsidRPr="001013D3">
        <w:rPr>
          <w:lang w:val="ru-RU"/>
        </w:rPr>
        <w:t>пасности;</w:t>
      </w:r>
    </w:p>
    <w:p w14:paraId="2A9423A3" w14:textId="77777777" w:rsidR="00365CB7" w:rsidRPr="001013D3" w:rsidRDefault="00BF18E0">
      <w:pPr>
        <w:ind w:left="425"/>
        <w:jc w:val="both"/>
        <w:rPr>
          <w:lang w:val="ru-RU"/>
        </w:rPr>
      </w:pPr>
      <w:r w:rsidRPr="001013D3">
        <w:rPr>
          <w:lang w:val="ru-RU"/>
        </w:rPr>
        <w:t>— реализация образовательных программ, ведение внутренней отчётности и документооборота;</w:t>
      </w:r>
    </w:p>
    <w:p w14:paraId="1027ED20" w14:textId="77777777" w:rsidR="00365CB7" w:rsidRPr="001013D3" w:rsidRDefault="00BF18E0">
      <w:pPr>
        <w:ind w:left="425"/>
        <w:jc w:val="both"/>
        <w:rPr>
          <w:lang w:val="ru-RU"/>
        </w:rPr>
      </w:pPr>
      <w:r w:rsidRPr="001013D3">
        <w:rPr>
          <w:lang w:val="ru-RU"/>
        </w:rPr>
        <w:t>— исполнение обязанностей, возложенных на Оператора законодательством об образовании, включая предоставление сведений в федеральные и муниципальные органы уп</w:t>
      </w:r>
      <w:r w:rsidRPr="001013D3">
        <w:rPr>
          <w:lang w:val="ru-RU"/>
        </w:rPr>
        <w:t>равления образованием;</w:t>
      </w:r>
    </w:p>
    <w:p w14:paraId="66C08DFC" w14:textId="77777777" w:rsidR="00365CB7" w:rsidRPr="001013D3" w:rsidRDefault="00BF18E0">
      <w:pPr>
        <w:ind w:left="425"/>
        <w:jc w:val="both"/>
        <w:rPr>
          <w:lang w:val="ru-RU"/>
        </w:rPr>
      </w:pPr>
      <w:r w:rsidRPr="001013D3">
        <w:rPr>
          <w:lang w:val="ru-RU"/>
        </w:rPr>
        <w:t>— информирование Заказчика о ходе оказания услуг, направление счетов и актов об оказанных услугах;</w:t>
      </w:r>
    </w:p>
    <w:p w14:paraId="0413E095" w14:textId="77777777" w:rsidR="00365CB7" w:rsidRPr="001013D3" w:rsidRDefault="00BF18E0">
      <w:pPr>
        <w:ind w:left="425"/>
        <w:jc w:val="both"/>
        <w:rPr>
          <w:lang w:val="ru-RU"/>
        </w:rPr>
      </w:pPr>
      <w:r w:rsidRPr="001013D3">
        <w:rPr>
          <w:lang w:val="ru-RU"/>
        </w:rPr>
        <w:t>— иллюстрация деятельности образовательной организации в объёме, предусмотренном пунктом 4 настоящего Согласия.</w:t>
      </w:r>
    </w:p>
    <w:p w14:paraId="099B540D" w14:textId="77777777" w:rsidR="00365CB7" w:rsidRPr="001013D3" w:rsidRDefault="00BF18E0">
      <w:pPr>
        <w:spacing w:before="120"/>
        <w:rPr>
          <w:lang w:val="ru-RU"/>
        </w:rPr>
      </w:pPr>
      <w:r w:rsidRPr="001013D3">
        <w:rPr>
          <w:b/>
          <w:lang w:val="ru-RU"/>
        </w:rPr>
        <w:t>2. Перечень персональн</w:t>
      </w:r>
      <w:r w:rsidRPr="001013D3">
        <w:rPr>
          <w:b/>
          <w:lang w:val="ru-RU"/>
        </w:rPr>
        <w:t>ых данных, на обработку которых даётся согласие:</w:t>
      </w:r>
    </w:p>
    <w:p w14:paraId="26F438BD" w14:textId="77777777" w:rsidR="00365CB7" w:rsidRPr="001013D3" w:rsidRDefault="00BF18E0">
      <w:pPr>
        <w:ind w:left="425"/>
        <w:jc w:val="both"/>
        <w:rPr>
          <w:lang w:val="ru-RU"/>
        </w:rPr>
      </w:pPr>
      <w:r w:rsidRPr="001013D3">
        <w:rPr>
          <w:lang w:val="ru-RU"/>
        </w:rPr>
        <w:t>— фамилия, имя, отчество Воспитанника и его родителей (законных представителей);</w:t>
      </w:r>
    </w:p>
    <w:p w14:paraId="02315F1D" w14:textId="77777777" w:rsidR="00365CB7" w:rsidRPr="001013D3" w:rsidRDefault="00BF18E0">
      <w:pPr>
        <w:ind w:left="425"/>
        <w:jc w:val="both"/>
        <w:rPr>
          <w:lang w:val="ru-RU"/>
        </w:rPr>
      </w:pPr>
      <w:r w:rsidRPr="001013D3">
        <w:rPr>
          <w:lang w:val="ru-RU"/>
        </w:rPr>
        <w:t>— дата рождения Воспитанника и его родителей (законных представителей);</w:t>
      </w:r>
    </w:p>
    <w:p w14:paraId="3B1A94B5" w14:textId="77777777" w:rsidR="00365CB7" w:rsidRPr="001013D3" w:rsidRDefault="00BF18E0">
      <w:pPr>
        <w:ind w:left="425"/>
        <w:jc w:val="both"/>
        <w:rPr>
          <w:lang w:val="ru-RU"/>
        </w:rPr>
      </w:pPr>
      <w:r w:rsidRPr="001013D3">
        <w:rPr>
          <w:lang w:val="ru-RU"/>
        </w:rPr>
        <w:t xml:space="preserve">— адрес регистрации и фактического проживания </w:t>
      </w:r>
      <w:r w:rsidRPr="001013D3">
        <w:rPr>
          <w:lang w:val="ru-RU"/>
        </w:rPr>
        <w:t>Воспитанника и его родителей (законных представителей);</w:t>
      </w:r>
    </w:p>
    <w:p w14:paraId="05C7ADF0" w14:textId="77777777" w:rsidR="00365CB7" w:rsidRPr="001013D3" w:rsidRDefault="00BF18E0">
      <w:pPr>
        <w:ind w:left="425"/>
        <w:jc w:val="both"/>
        <w:rPr>
          <w:lang w:val="ru-RU"/>
        </w:rPr>
      </w:pPr>
      <w:r w:rsidRPr="001013D3">
        <w:rPr>
          <w:lang w:val="ru-RU"/>
        </w:rPr>
        <w:t>— контактные телефоны, адреса электронной почты;</w:t>
      </w:r>
    </w:p>
    <w:p w14:paraId="586893EC" w14:textId="77777777" w:rsidR="00365CB7" w:rsidRPr="001013D3" w:rsidRDefault="00BF18E0">
      <w:pPr>
        <w:ind w:left="425"/>
        <w:jc w:val="both"/>
        <w:rPr>
          <w:lang w:val="ru-RU"/>
        </w:rPr>
      </w:pPr>
      <w:r w:rsidRPr="001013D3">
        <w:rPr>
          <w:lang w:val="ru-RU"/>
        </w:rPr>
        <w:t>— паспортные данные родителей (законных представителей);</w:t>
      </w:r>
    </w:p>
    <w:p w14:paraId="3EFFA65E" w14:textId="77777777" w:rsidR="00365CB7" w:rsidRPr="001013D3" w:rsidRDefault="00BF18E0">
      <w:pPr>
        <w:ind w:left="425"/>
        <w:jc w:val="both"/>
        <w:rPr>
          <w:lang w:val="ru-RU"/>
        </w:rPr>
      </w:pPr>
      <w:r w:rsidRPr="001013D3">
        <w:rPr>
          <w:lang w:val="ru-RU"/>
        </w:rPr>
        <w:t>— сведения из свидетельства о рождении Воспитанника;</w:t>
      </w:r>
    </w:p>
    <w:p w14:paraId="709E319F" w14:textId="77777777" w:rsidR="00365CB7" w:rsidRPr="001013D3" w:rsidRDefault="00BF18E0">
      <w:pPr>
        <w:ind w:left="425"/>
        <w:jc w:val="both"/>
        <w:rPr>
          <w:lang w:val="ru-RU"/>
        </w:rPr>
      </w:pPr>
      <w:r w:rsidRPr="001013D3">
        <w:rPr>
          <w:lang w:val="ru-RU"/>
        </w:rPr>
        <w:t>— сведения о состоянии здоровья Воспитанн</w:t>
      </w:r>
      <w:r w:rsidRPr="001013D3">
        <w:rPr>
          <w:lang w:val="ru-RU"/>
        </w:rPr>
        <w:t>ика, содержащиеся в медицинской карте и медицинских заключениях, в объёме, необходимом для организации присмотра, ухода и питания;</w:t>
      </w:r>
    </w:p>
    <w:p w14:paraId="7FE299EB" w14:textId="77777777" w:rsidR="00365CB7" w:rsidRPr="001013D3" w:rsidRDefault="00BF18E0">
      <w:pPr>
        <w:ind w:left="425"/>
        <w:jc w:val="both"/>
        <w:rPr>
          <w:lang w:val="ru-RU"/>
        </w:rPr>
      </w:pPr>
      <w:r w:rsidRPr="001013D3">
        <w:rPr>
          <w:lang w:val="ru-RU"/>
        </w:rPr>
        <w:t>— сведения о ходе освоения образовательной программы, результаты педагогической диагностики.</w:t>
      </w:r>
    </w:p>
    <w:p w14:paraId="3337C1A3" w14:textId="77777777" w:rsidR="00365CB7" w:rsidRPr="001013D3" w:rsidRDefault="00BF18E0">
      <w:pPr>
        <w:spacing w:before="120"/>
        <w:rPr>
          <w:lang w:val="ru-RU"/>
        </w:rPr>
      </w:pPr>
      <w:r w:rsidRPr="001013D3">
        <w:rPr>
          <w:b/>
          <w:lang w:val="ru-RU"/>
        </w:rPr>
        <w:t>3. Перечень действий с персональ</w:t>
      </w:r>
      <w:r w:rsidRPr="001013D3">
        <w:rPr>
          <w:b/>
          <w:lang w:val="ru-RU"/>
        </w:rPr>
        <w:t>ными данными:</w:t>
      </w:r>
    </w:p>
    <w:p w14:paraId="7D0C4807" w14:textId="77777777" w:rsidR="00365CB7" w:rsidRPr="001013D3" w:rsidRDefault="00BF18E0">
      <w:pPr>
        <w:jc w:val="both"/>
        <w:rPr>
          <w:lang w:val="ru-RU"/>
        </w:rPr>
      </w:pPr>
      <w:r w:rsidRPr="001013D3">
        <w:rPr>
          <w:lang w:val="ru-RU"/>
        </w:rPr>
        <w:t>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 персональных данных.</w:t>
      </w:r>
    </w:p>
    <w:p w14:paraId="5B342F20" w14:textId="77777777" w:rsidR="00365CB7" w:rsidRPr="001013D3" w:rsidRDefault="00BF18E0">
      <w:pPr>
        <w:spacing w:before="120"/>
        <w:rPr>
          <w:lang w:val="ru-RU"/>
        </w:rPr>
      </w:pPr>
      <w:r w:rsidRPr="001013D3">
        <w:rPr>
          <w:b/>
          <w:lang w:val="ru-RU"/>
        </w:rPr>
        <w:t>4. Согласие на исполь</w:t>
      </w:r>
      <w:r w:rsidRPr="001013D3">
        <w:rPr>
          <w:b/>
          <w:lang w:val="ru-RU"/>
        </w:rPr>
        <w:t>зование изображения Воспитанника:</w:t>
      </w:r>
    </w:p>
    <w:p w14:paraId="7C00BEC1" w14:textId="77777777" w:rsidR="00365CB7" w:rsidRPr="001013D3" w:rsidRDefault="00BF18E0">
      <w:pPr>
        <w:jc w:val="both"/>
        <w:rPr>
          <w:lang w:val="ru-RU"/>
        </w:rPr>
      </w:pPr>
      <w:r w:rsidRPr="001013D3">
        <w:rPr>
          <w:lang w:val="ru-RU"/>
        </w:rPr>
        <w:lastRenderedPageBreak/>
        <w:t>В соответствии со статьёй 152.1 Гражданского кодекса Российской Федерации даю согласие на фото- и видеосъёмку Воспитанника сотрудниками Оператора в помещении и на территории образовательной организации, а также на организо</w:t>
      </w:r>
      <w:r w:rsidRPr="001013D3">
        <w:rPr>
          <w:lang w:val="ru-RU"/>
        </w:rPr>
        <w:t xml:space="preserve">ванных мероприятиях за её пределами, и на безвозмездное размещение фото- и видеоматериалов с изображением Воспитанника на официальном сайте Оператора, на информационных стендах, в наружной рекламе и в официальных сообществах Оператора в социальных сетях в </w:t>
      </w:r>
      <w:r w:rsidRPr="001013D3">
        <w:rPr>
          <w:lang w:val="ru-RU"/>
        </w:rPr>
        <w:t>качестве иллюстрации жизни образовательной организации, праздников, занятий и мастер-классов.</w:t>
      </w:r>
    </w:p>
    <w:p w14:paraId="43A2F40A" w14:textId="77777777" w:rsidR="00365CB7" w:rsidRPr="001013D3" w:rsidRDefault="00BF18E0">
      <w:pPr>
        <w:jc w:val="both"/>
        <w:rPr>
          <w:lang w:val="ru-RU"/>
        </w:rPr>
      </w:pPr>
      <w:r w:rsidRPr="001013D3">
        <w:rPr>
          <w:lang w:val="ru-RU"/>
        </w:rPr>
        <w:t>Согласие на использование изображения (пункт 4): даю ☐ / не даю ☐   ____________ (подпись)</w:t>
      </w:r>
    </w:p>
    <w:p w14:paraId="5D78FC1F" w14:textId="77777777" w:rsidR="00365CB7" w:rsidRPr="001013D3" w:rsidRDefault="00BF18E0">
      <w:pPr>
        <w:spacing w:before="120"/>
        <w:rPr>
          <w:lang w:val="ru-RU"/>
        </w:rPr>
      </w:pPr>
      <w:r w:rsidRPr="001013D3">
        <w:rPr>
          <w:b/>
          <w:lang w:val="ru-RU"/>
        </w:rPr>
        <w:t>5. Срок действия и порядок отзыва согласия:</w:t>
      </w:r>
    </w:p>
    <w:p w14:paraId="056D1EF6" w14:textId="77777777" w:rsidR="00365CB7" w:rsidRPr="001013D3" w:rsidRDefault="00BF18E0">
      <w:pPr>
        <w:jc w:val="both"/>
        <w:rPr>
          <w:lang w:val="ru-RU"/>
        </w:rPr>
      </w:pPr>
      <w:r w:rsidRPr="001013D3">
        <w:rPr>
          <w:lang w:val="ru-RU"/>
        </w:rPr>
        <w:t>Настоящее согласие действуе</w:t>
      </w:r>
      <w:r w:rsidRPr="001013D3">
        <w:rPr>
          <w:lang w:val="ru-RU"/>
        </w:rPr>
        <w:t>т со дня его подписания в течение срока действия договора об образовании и в течение срока хранения документов, установленного законодательством Российской Федерации. Согласие может быть отозвано мною в любое время посредством письменного заявления, вручён</w:t>
      </w:r>
      <w:r w:rsidRPr="001013D3">
        <w:rPr>
          <w:lang w:val="ru-RU"/>
        </w:rPr>
        <w:t>ного уполномоченному представителю Оператора под роспись либо направленного заказным почтовым отправлением по адресу Оператора. В случае отзыва согласия Оператор вправе продолжить обработку персональных данных без согласия при наличии оснований, предусмотр</w:t>
      </w:r>
      <w:r w:rsidRPr="001013D3">
        <w:rPr>
          <w:lang w:val="ru-RU"/>
        </w:rPr>
        <w:t>енных частью 2 статьи 9 и частью 1 статьи 6 Федерального закона № 152-ФЗ.</w:t>
      </w:r>
    </w:p>
    <w:p w14:paraId="464973D9" w14:textId="77777777" w:rsidR="00365CB7" w:rsidRPr="001013D3" w:rsidRDefault="00BF18E0">
      <w:pPr>
        <w:spacing w:before="120"/>
        <w:jc w:val="both"/>
        <w:rPr>
          <w:lang w:val="ru-RU"/>
        </w:rPr>
      </w:pPr>
      <w:r w:rsidRPr="001013D3">
        <w:rPr>
          <w:lang w:val="ru-RU"/>
        </w:rPr>
        <w:t>Я подтверждаю, что, давая настоящее согласие, действую по собственной воле и в интересах несовершеннолетнего.</w:t>
      </w:r>
    </w:p>
    <w:p w14:paraId="0AEE1351" w14:textId="77777777" w:rsidR="00365CB7" w:rsidRPr="001013D3" w:rsidRDefault="00365CB7">
      <w:pPr>
        <w:spacing w:after="160"/>
        <w:jc w:val="both"/>
        <w:rPr>
          <w:lang w:val="ru-RU"/>
        </w:rPr>
      </w:pPr>
    </w:p>
    <w:p w14:paraId="6A67C8D7" w14:textId="77777777" w:rsidR="00365CB7" w:rsidRPr="001013D3" w:rsidRDefault="00BF18E0">
      <w:pPr>
        <w:jc w:val="both"/>
        <w:rPr>
          <w:lang w:val="ru-RU"/>
        </w:rPr>
      </w:pPr>
      <w:r w:rsidRPr="001013D3">
        <w:rPr>
          <w:lang w:val="ru-RU"/>
        </w:rPr>
        <w:t>«____» ____________ 2026 г.</w:t>
      </w:r>
      <w:r w:rsidRPr="001013D3">
        <w:rPr>
          <w:lang w:val="ru-RU"/>
        </w:rPr>
        <w:tab/>
      </w:r>
      <w:r w:rsidRPr="001013D3">
        <w:rPr>
          <w:lang w:val="ru-RU"/>
        </w:rPr>
        <w:tab/>
        <w:t xml:space="preserve">____________________ / </w:t>
      </w:r>
      <w:r w:rsidRPr="001013D3">
        <w:rPr>
          <w:lang w:val="ru-RU"/>
        </w:rPr>
        <w:t>______________________ /</w:t>
      </w:r>
    </w:p>
    <w:p w14:paraId="2A90C5B6" w14:textId="77777777" w:rsidR="00365CB7" w:rsidRPr="001013D3" w:rsidRDefault="00BF18E0">
      <w:pPr>
        <w:jc w:val="both"/>
        <w:rPr>
          <w:lang w:val="ru-RU"/>
        </w:rPr>
      </w:pPr>
      <w:r w:rsidRPr="001013D3">
        <w:rPr>
          <w:sz w:val="18"/>
          <w:lang w:val="ru-RU"/>
        </w:rPr>
        <w:tab/>
      </w:r>
      <w:r w:rsidRPr="001013D3">
        <w:rPr>
          <w:sz w:val="18"/>
          <w:lang w:val="ru-RU"/>
        </w:rPr>
        <w:tab/>
      </w:r>
      <w:r w:rsidRPr="001013D3">
        <w:rPr>
          <w:sz w:val="18"/>
          <w:lang w:val="ru-RU"/>
        </w:rPr>
        <w:tab/>
      </w:r>
      <w:r w:rsidRPr="001013D3">
        <w:rPr>
          <w:sz w:val="18"/>
          <w:lang w:val="ru-RU"/>
        </w:rPr>
        <w:tab/>
      </w:r>
      <w:r w:rsidRPr="001013D3">
        <w:rPr>
          <w:sz w:val="18"/>
          <w:lang w:val="ru-RU"/>
        </w:rPr>
        <w:tab/>
      </w:r>
      <w:r w:rsidRPr="001013D3">
        <w:rPr>
          <w:sz w:val="18"/>
          <w:lang w:val="ru-RU"/>
        </w:rPr>
        <w:tab/>
        <w:t>(подпись)</w:t>
      </w:r>
      <w:r w:rsidRPr="001013D3">
        <w:rPr>
          <w:sz w:val="18"/>
          <w:lang w:val="ru-RU"/>
        </w:rPr>
        <w:tab/>
      </w:r>
      <w:r w:rsidRPr="001013D3">
        <w:rPr>
          <w:sz w:val="18"/>
          <w:lang w:val="ru-RU"/>
        </w:rPr>
        <w:tab/>
        <w:t>(расшифровка подписи)</w:t>
      </w:r>
    </w:p>
    <w:p w14:paraId="0EFD9649" w14:textId="77777777" w:rsidR="00365CB7" w:rsidRPr="001013D3" w:rsidRDefault="00BF18E0">
      <w:pPr>
        <w:rPr>
          <w:lang w:val="ru-RU"/>
        </w:rPr>
      </w:pPr>
      <w:r w:rsidRPr="001013D3">
        <w:rPr>
          <w:lang w:val="ru-RU"/>
        </w:rPr>
        <w:br w:type="page"/>
      </w:r>
    </w:p>
    <w:p w14:paraId="317B26B8" w14:textId="77777777" w:rsidR="00365CB7" w:rsidRPr="001013D3" w:rsidRDefault="00BF18E0">
      <w:pPr>
        <w:spacing w:after="0"/>
        <w:jc w:val="right"/>
        <w:rPr>
          <w:lang w:val="ru-RU"/>
        </w:rPr>
      </w:pPr>
      <w:r w:rsidRPr="001013D3">
        <w:rPr>
          <w:b/>
          <w:lang w:val="ru-RU"/>
        </w:rPr>
        <w:lastRenderedPageBreak/>
        <w:t>Приложение №3</w:t>
      </w:r>
    </w:p>
    <w:p w14:paraId="5C891D29" w14:textId="77777777" w:rsidR="00365CB7" w:rsidRPr="001013D3" w:rsidRDefault="00BF18E0">
      <w:pPr>
        <w:spacing w:after="160"/>
        <w:jc w:val="right"/>
        <w:rPr>
          <w:lang w:val="ru-RU"/>
        </w:rPr>
      </w:pPr>
      <w:r w:rsidRPr="001013D3">
        <w:rPr>
          <w:lang w:val="ru-RU"/>
        </w:rPr>
        <w:t>к договору № ________/26 от «____» ____________ 2026 г.</w:t>
      </w:r>
    </w:p>
    <w:p w14:paraId="13309034" w14:textId="77777777" w:rsidR="00365CB7" w:rsidRPr="001013D3" w:rsidRDefault="00BF18E0">
      <w:pPr>
        <w:spacing w:after="0"/>
        <w:jc w:val="center"/>
        <w:rPr>
          <w:lang w:val="ru-RU"/>
        </w:rPr>
      </w:pPr>
      <w:r w:rsidRPr="001013D3">
        <w:rPr>
          <w:b/>
          <w:lang w:val="ru-RU"/>
        </w:rPr>
        <w:t>СОГЛАСИЕ ЗАКАЗЧИКА (ЗАКОННОГО ПРЕДСТАВИТЕЛЯ)</w:t>
      </w:r>
    </w:p>
    <w:p w14:paraId="4918DA5B" w14:textId="77777777" w:rsidR="00365CB7" w:rsidRPr="001013D3" w:rsidRDefault="00BF18E0">
      <w:pPr>
        <w:spacing w:after="160"/>
        <w:jc w:val="center"/>
        <w:rPr>
          <w:lang w:val="ru-RU"/>
        </w:rPr>
      </w:pPr>
      <w:r w:rsidRPr="001013D3">
        <w:rPr>
          <w:b/>
          <w:lang w:val="ru-RU"/>
        </w:rPr>
        <w:t>НА ПСИХОЛОГО-ПЕДАГОГИЧЕСКОЕ СОПРОВОЖДЕНИЕ ВОСПИТАННИКА</w:t>
      </w:r>
    </w:p>
    <w:p w14:paraId="597DA920" w14:textId="77777777" w:rsidR="00365CB7" w:rsidRPr="001013D3" w:rsidRDefault="00BF18E0">
      <w:pPr>
        <w:spacing w:after="160"/>
        <w:jc w:val="both"/>
        <w:rPr>
          <w:lang w:val="ru-RU"/>
        </w:rPr>
      </w:pPr>
      <w:r w:rsidRPr="001013D3">
        <w:rPr>
          <w:lang w:val="ru-RU"/>
        </w:rPr>
        <w:t>г. Химки</w:t>
      </w:r>
      <w:r w:rsidRPr="001013D3">
        <w:rPr>
          <w:lang w:val="ru-RU"/>
        </w:rPr>
        <w:tab/>
      </w:r>
      <w:r w:rsidRPr="001013D3">
        <w:rPr>
          <w:lang w:val="ru-RU"/>
        </w:rPr>
        <w:tab/>
      </w:r>
      <w:r w:rsidRPr="001013D3">
        <w:rPr>
          <w:lang w:val="ru-RU"/>
        </w:rPr>
        <w:tab/>
      </w:r>
      <w:r w:rsidRPr="001013D3">
        <w:rPr>
          <w:lang w:val="ru-RU"/>
        </w:rPr>
        <w:tab/>
      </w:r>
      <w:r w:rsidRPr="001013D3">
        <w:rPr>
          <w:lang w:val="ru-RU"/>
        </w:rPr>
        <w:tab/>
      </w:r>
      <w:r w:rsidRPr="001013D3">
        <w:rPr>
          <w:lang w:val="ru-RU"/>
        </w:rPr>
        <w:tab/>
      </w:r>
      <w:r w:rsidRPr="001013D3">
        <w:rPr>
          <w:lang w:val="ru-RU"/>
        </w:rPr>
        <w:tab/>
        <w:t>«____</w:t>
      </w:r>
      <w:r w:rsidRPr="001013D3">
        <w:rPr>
          <w:lang w:val="ru-RU"/>
        </w:rPr>
        <w:t>» ____________ 2026 г.</w:t>
      </w:r>
    </w:p>
    <w:p w14:paraId="44CE292F" w14:textId="77777777" w:rsidR="00365CB7" w:rsidRPr="001013D3" w:rsidRDefault="00BF18E0">
      <w:pPr>
        <w:jc w:val="both"/>
        <w:rPr>
          <w:lang w:val="ru-RU"/>
        </w:rPr>
      </w:pPr>
      <w:r w:rsidRPr="001013D3">
        <w:rPr>
          <w:lang w:val="ru-RU"/>
        </w:rPr>
        <w:t>Я, ______________________________________________________________________________________,</w:t>
      </w:r>
    </w:p>
    <w:p w14:paraId="340ED3E1" w14:textId="77777777" w:rsidR="00365CB7" w:rsidRPr="001013D3" w:rsidRDefault="00BF18E0">
      <w:pPr>
        <w:spacing w:after="40"/>
        <w:jc w:val="center"/>
        <w:rPr>
          <w:lang w:val="ru-RU"/>
        </w:rPr>
      </w:pPr>
      <w:r w:rsidRPr="001013D3">
        <w:rPr>
          <w:sz w:val="18"/>
          <w:lang w:val="ru-RU"/>
        </w:rPr>
        <w:t>(ФИО родителя (законного представителя) полностью)</w:t>
      </w:r>
    </w:p>
    <w:p w14:paraId="37E3367B" w14:textId="77777777" w:rsidR="00365CB7" w:rsidRPr="001013D3" w:rsidRDefault="00BF18E0">
      <w:pPr>
        <w:jc w:val="both"/>
        <w:rPr>
          <w:lang w:val="ru-RU"/>
        </w:rPr>
      </w:pPr>
      <w:r w:rsidRPr="001013D3">
        <w:rPr>
          <w:lang w:val="ru-RU"/>
        </w:rPr>
        <w:t>как законный представитель настоящим даю своё согласие АНО ДО Детский Сад «Савушка» (141408</w:t>
      </w:r>
      <w:r w:rsidRPr="001013D3">
        <w:rPr>
          <w:lang w:val="ru-RU"/>
        </w:rPr>
        <w:t xml:space="preserve">, Московская область, г. Химки, </w:t>
      </w:r>
      <w:proofErr w:type="spellStart"/>
      <w:r w:rsidRPr="001013D3">
        <w:rPr>
          <w:lang w:val="ru-RU"/>
        </w:rPr>
        <w:t>мкр</w:t>
      </w:r>
      <w:proofErr w:type="spellEnd"/>
      <w:r w:rsidRPr="001013D3">
        <w:rPr>
          <w:lang w:val="ru-RU"/>
        </w:rPr>
        <w:t xml:space="preserve">-н Сходня, </w:t>
      </w:r>
      <w:proofErr w:type="spellStart"/>
      <w:r w:rsidRPr="001013D3">
        <w:rPr>
          <w:lang w:val="ru-RU"/>
        </w:rPr>
        <w:t>Новосходненское</w:t>
      </w:r>
      <w:proofErr w:type="spellEnd"/>
      <w:r w:rsidRPr="001013D3">
        <w:rPr>
          <w:lang w:val="ru-RU"/>
        </w:rPr>
        <w:t xml:space="preserve"> шоссе, д. 2) на психолого-педагогическое сопровождение Воспитанника</w:t>
      </w:r>
    </w:p>
    <w:p w14:paraId="22ADDB10" w14:textId="77777777" w:rsidR="00365CB7" w:rsidRPr="001013D3" w:rsidRDefault="00BF18E0">
      <w:pPr>
        <w:jc w:val="both"/>
        <w:rPr>
          <w:lang w:val="ru-RU"/>
        </w:rPr>
      </w:pPr>
      <w:r w:rsidRPr="001013D3">
        <w:rPr>
          <w:lang w:val="ru-RU"/>
        </w:rPr>
        <w:t>______________________________________________________________________________________,</w:t>
      </w:r>
    </w:p>
    <w:p w14:paraId="02B9A824" w14:textId="77777777" w:rsidR="00365CB7" w:rsidRPr="001013D3" w:rsidRDefault="00BF18E0">
      <w:pPr>
        <w:spacing w:after="40"/>
        <w:jc w:val="center"/>
        <w:rPr>
          <w:lang w:val="ru-RU"/>
        </w:rPr>
      </w:pPr>
      <w:r w:rsidRPr="001013D3">
        <w:rPr>
          <w:sz w:val="18"/>
          <w:lang w:val="ru-RU"/>
        </w:rPr>
        <w:t>(ФИО и дата рождения Воспитанника)</w:t>
      </w:r>
    </w:p>
    <w:p w14:paraId="277430D1" w14:textId="77777777" w:rsidR="00365CB7" w:rsidRPr="001013D3" w:rsidRDefault="00BF18E0">
      <w:pPr>
        <w:jc w:val="both"/>
        <w:rPr>
          <w:lang w:val="ru-RU"/>
        </w:rPr>
      </w:pPr>
      <w:r w:rsidRPr="001013D3">
        <w:rPr>
          <w:lang w:val="ru-RU"/>
        </w:rPr>
        <w:t>кот</w:t>
      </w:r>
      <w:r w:rsidRPr="001013D3">
        <w:rPr>
          <w:lang w:val="ru-RU"/>
        </w:rPr>
        <w:t>орое включает в себя:</w:t>
      </w:r>
    </w:p>
    <w:p w14:paraId="2F817D33" w14:textId="77777777" w:rsidR="00365CB7" w:rsidRPr="001013D3" w:rsidRDefault="00BF18E0">
      <w:pPr>
        <w:ind w:left="425"/>
        <w:jc w:val="both"/>
        <w:rPr>
          <w:lang w:val="ru-RU"/>
        </w:rPr>
      </w:pPr>
      <w:r w:rsidRPr="001013D3">
        <w:rPr>
          <w:lang w:val="ru-RU"/>
        </w:rPr>
        <w:t>— наблюдение за Воспитанником в период адаптации;</w:t>
      </w:r>
    </w:p>
    <w:p w14:paraId="15ACCBA5" w14:textId="77777777" w:rsidR="00365CB7" w:rsidRPr="001013D3" w:rsidRDefault="00BF18E0">
      <w:pPr>
        <w:ind w:left="425"/>
        <w:jc w:val="both"/>
        <w:rPr>
          <w:lang w:val="ru-RU"/>
        </w:rPr>
      </w:pPr>
      <w:r w:rsidRPr="001013D3">
        <w:rPr>
          <w:lang w:val="ru-RU"/>
        </w:rPr>
        <w:t>— проведение фронтальных, подгрупповых и индивидуальных коррекционно-развивающих занятий специалистами (учитель-логопед, педагог-психолог);</w:t>
      </w:r>
    </w:p>
    <w:p w14:paraId="210D42AC" w14:textId="77777777" w:rsidR="00365CB7" w:rsidRPr="001013D3" w:rsidRDefault="00BF18E0">
      <w:pPr>
        <w:ind w:left="425"/>
        <w:jc w:val="both"/>
        <w:rPr>
          <w:lang w:val="ru-RU"/>
        </w:rPr>
      </w:pPr>
      <w:r w:rsidRPr="001013D3">
        <w:rPr>
          <w:lang w:val="ru-RU"/>
        </w:rPr>
        <w:t>— консультирование Заказчика;</w:t>
      </w:r>
    </w:p>
    <w:p w14:paraId="14C39023" w14:textId="77777777" w:rsidR="00365CB7" w:rsidRPr="001013D3" w:rsidRDefault="00BF18E0">
      <w:pPr>
        <w:ind w:left="425"/>
        <w:jc w:val="both"/>
        <w:rPr>
          <w:lang w:val="ru-RU"/>
        </w:rPr>
      </w:pPr>
      <w:r w:rsidRPr="001013D3">
        <w:rPr>
          <w:lang w:val="ru-RU"/>
        </w:rPr>
        <w:t>— проведение с</w:t>
      </w:r>
      <w:r w:rsidRPr="001013D3">
        <w:rPr>
          <w:lang w:val="ru-RU"/>
        </w:rPr>
        <w:t>овместных мероприятий с детьми и их родителями, направленных на выработку эффективных форм взаимодействия и общения с ребёнком, имеющим нарушения в развитии;</w:t>
      </w:r>
    </w:p>
    <w:p w14:paraId="2D7D456A" w14:textId="77777777" w:rsidR="00365CB7" w:rsidRPr="001013D3" w:rsidRDefault="00BF18E0">
      <w:pPr>
        <w:ind w:left="425"/>
        <w:jc w:val="both"/>
        <w:rPr>
          <w:lang w:val="ru-RU"/>
        </w:rPr>
      </w:pPr>
      <w:r w:rsidRPr="001013D3">
        <w:rPr>
          <w:lang w:val="ru-RU"/>
        </w:rPr>
        <w:t>— оценку особенностей развития Воспитанника с последующим обсуждением полученных результатов с род</w:t>
      </w:r>
      <w:r w:rsidRPr="001013D3">
        <w:rPr>
          <w:lang w:val="ru-RU"/>
        </w:rPr>
        <w:t>ителями (законными представителями);</w:t>
      </w:r>
    </w:p>
    <w:p w14:paraId="39DCBDEA" w14:textId="77777777" w:rsidR="00365CB7" w:rsidRPr="001013D3" w:rsidRDefault="00BF18E0">
      <w:pPr>
        <w:ind w:left="425"/>
        <w:jc w:val="both"/>
        <w:rPr>
          <w:lang w:val="ru-RU"/>
        </w:rPr>
      </w:pPr>
      <w:r w:rsidRPr="001013D3">
        <w:rPr>
          <w:lang w:val="ru-RU"/>
        </w:rPr>
        <w:t>— выявление динамики развития Воспитанника;</w:t>
      </w:r>
    </w:p>
    <w:p w14:paraId="646E7BA5" w14:textId="77777777" w:rsidR="00365CB7" w:rsidRPr="001013D3" w:rsidRDefault="00BF18E0">
      <w:pPr>
        <w:ind w:left="425"/>
        <w:jc w:val="both"/>
        <w:rPr>
          <w:lang w:val="ru-RU"/>
        </w:rPr>
      </w:pPr>
      <w:r w:rsidRPr="001013D3">
        <w:rPr>
          <w:lang w:val="ru-RU"/>
        </w:rPr>
        <w:t>— определение наиболее эффективного индивидуального образовательного маршрута Воспитанника;</w:t>
      </w:r>
    </w:p>
    <w:p w14:paraId="7D8A4746" w14:textId="77777777" w:rsidR="00365CB7" w:rsidRPr="001013D3" w:rsidRDefault="00BF18E0">
      <w:pPr>
        <w:ind w:left="425"/>
        <w:jc w:val="both"/>
        <w:rPr>
          <w:lang w:val="ru-RU"/>
        </w:rPr>
      </w:pPr>
      <w:r w:rsidRPr="001013D3">
        <w:rPr>
          <w:lang w:val="ru-RU"/>
        </w:rPr>
        <w:t xml:space="preserve">— выстраивание дальнейшей программы индивидуальной коррекционной работы с </w:t>
      </w:r>
      <w:r w:rsidRPr="001013D3">
        <w:rPr>
          <w:lang w:val="ru-RU"/>
        </w:rPr>
        <w:t>Воспитанником.</w:t>
      </w:r>
    </w:p>
    <w:p w14:paraId="3CDD3C92" w14:textId="77777777" w:rsidR="00365CB7" w:rsidRPr="001013D3" w:rsidRDefault="00BF18E0">
      <w:pPr>
        <w:spacing w:before="120"/>
        <w:jc w:val="both"/>
        <w:rPr>
          <w:lang w:val="ru-RU"/>
        </w:rPr>
      </w:pPr>
      <w:r w:rsidRPr="001013D3">
        <w:rPr>
          <w:lang w:val="ru-RU"/>
        </w:rPr>
        <w:t>Обсуждение результатов и выстраивание программы коррекционной работы осуществляется: только с моим участием ☐ / возможно без моего участия ☐.</w:t>
      </w:r>
    </w:p>
    <w:p w14:paraId="0E697559" w14:textId="77777777" w:rsidR="00365CB7" w:rsidRPr="001013D3" w:rsidRDefault="00BF18E0">
      <w:pPr>
        <w:jc w:val="both"/>
        <w:rPr>
          <w:lang w:val="ru-RU"/>
        </w:rPr>
      </w:pPr>
      <w:r w:rsidRPr="001013D3">
        <w:rPr>
          <w:lang w:val="ru-RU"/>
        </w:rPr>
        <w:t>Результаты психолого-педагогической диагностики являются конфиденциальными и используются исключите</w:t>
      </w:r>
      <w:r w:rsidRPr="001013D3">
        <w:rPr>
          <w:lang w:val="ru-RU"/>
        </w:rPr>
        <w:t>льно в целях, указанных в настоящем Согласии.</w:t>
      </w:r>
    </w:p>
    <w:p w14:paraId="7EC795AB" w14:textId="77777777" w:rsidR="00365CB7" w:rsidRPr="001013D3" w:rsidRDefault="00BF18E0">
      <w:pPr>
        <w:jc w:val="both"/>
        <w:rPr>
          <w:lang w:val="ru-RU"/>
        </w:rPr>
      </w:pPr>
      <w:r w:rsidRPr="001013D3">
        <w:rPr>
          <w:lang w:val="ru-RU"/>
        </w:rPr>
        <w:t>Настоящее согласие может быть отозвано по моему письменному заявлению, поданному в порядке, предусмотренном разделом 9 Договора.</w:t>
      </w:r>
    </w:p>
    <w:p w14:paraId="49C5C61E" w14:textId="77777777" w:rsidR="00365CB7" w:rsidRPr="001013D3" w:rsidRDefault="00BF18E0">
      <w:pPr>
        <w:spacing w:before="120"/>
        <w:jc w:val="both"/>
        <w:rPr>
          <w:lang w:val="ru-RU"/>
        </w:rPr>
      </w:pPr>
      <w:r w:rsidRPr="001013D3">
        <w:rPr>
          <w:lang w:val="ru-RU"/>
        </w:rPr>
        <w:t>Я подтверждаю, что, давая настоящее согласие, действую по собственной воле и в ин</w:t>
      </w:r>
      <w:r w:rsidRPr="001013D3">
        <w:rPr>
          <w:lang w:val="ru-RU"/>
        </w:rPr>
        <w:t>тересах своего ребёнка (подопечного).</w:t>
      </w:r>
    </w:p>
    <w:p w14:paraId="434E569F" w14:textId="77777777" w:rsidR="00365CB7" w:rsidRPr="001013D3" w:rsidRDefault="00365CB7">
      <w:pPr>
        <w:spacing w:after="160"/>
        <w:jc w:val="both"/>
        <w:rPr>
          <w:lang w:val="ru-RU"/>
        </w:rPr>
      </w:pPr>
    </w:p>
    <w:p w14:paraId="2F5DF6EB" w14:textId="77777777" w:rsidR="00365CB7" w:rsidRDefault="00BF18E0">
      <w:pPr>
        <w:jc w:val="both"/>
      </w:pPr>
      <w:r>
        <w:t>«____» ____________ 2026 г.</w:t>
      </w:r>
      <w:r>
        <w:tab/>
      </w:r>
      <w:r>
        <w:tab/>
        <w:t>____________________ / ______________________ /</w:t>
      </w:r>
    </w:p>
    <w:p w14:paraId="42D65117" w14:textId="77777777" w:rsidR="00365CB7" w:rsidRDefault="00BF18E0">
      <w:pPr>
        <w:jc w:val="both"/>
      </w:pPr>
      <w:r>
        <w:rPr>
          <w:sz w:val="18"/>
        </w:rPr>
        <w:tab/>
      </w:r>
      <w:r>
        <w:rPr>
          <w:sz w:val="18"/>
        </w:rPr>
        <w:tab/>
      </w:r>
      <w:r>
        <w:rPr>
          <w:sz w:val="18"/>
        </w:rPr>
        <w:tab/>
      </w:r>
      <w:r>
        <w:rPr>
          <w:sz w:val="18"/>
        </w:rPr>
        <w:tab/>
      </w:r>
      <w:r>
        <w:rPr>
          <w:sz w:val="18"/>
        </w:rPr>
        <w:tab/>
      </w:r>
      <w:r>
        <w:rPr>
          <w:sz w:val="18"/>
        </w:rPr>
        <w:tab/>
        <w:t>(подпись)</w:t>
      </w:r>
      <w:r>
        <w:rPr>
          <w:sz w:val="18"/>
        </w:rPr>
        <w:tab/>
      </w:r>
      <w:r>
        <w:rPr>
          <w:sz w:val="18"/>
        </w:rPr>
        <w:tab/>
        <w:t>(расшифровка подписи)</w:t>
      </w:r>
    </w:p>
    <w:sectPr w:rsidR="00365CB7" w:rsidSect="00034616">
      <w:footerReference w:type="default" r:id="rId9"/>
      <w:pgSz w:w="12240" w:h="15840"/>
      <w:pgMar w:top="850" w:right="850" w:bottom="85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98F622" w14:textId="77777777" w:rsidR="00BF18E0" w:rsidRDefault="00BF18E0">
      <w:pPr>
        <w:spacing w:after="0"/>
      </w:pPr>
      <w:r>
        <w:separator/>
      </w:r>
    </w:p>
  </w:endnote>
  <w:endnote w:type="continuationSeparator" w:id="0">
    <w:p w14:paraId="6D3399DC" w14:textId="77777777" w:rsidR="00BF18E0" w:rsidRDefault="00BF18E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956584" w14:textId="77777777" w:rsidR="00365CB7" w:rsidRDefault="00BF18E0">
    <w:pPr>
      <w:pStyle w:val="a7"/>
    </w:pPr>
    <w:proofErr w:type="spellStart"/>
    <w:r>
      <w:rPr>
        <w:sz w:val="18"/>
      </w:rPr>
      <w:t>Исполнитель</w:t>
    </w:r>
    <w:proofErr w:type="spellEnd"/>
    <w:r>
      <w:rPr>
        <w:sz w:val="18"/>
      </w:rPr>
      <w:t xml:space="preserve"> ________________                                        </w:t>
    </w:r>
    <w:proofErr w:type="spellStart"/>
    <w:r>
      <w:rPr>
        <w:sz w:val="18"/>
      </w:rPr>
      <w:t>Заказчик</w:t>
    </w:r>
    <w:proofErr w:type="spellEnd"/>
    <w:r>
      <w:rPr>
        <w:sz w:val="18"/>
      </w:rPr>
      <w:t xml:space="preserve"> 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C7591C" w14:textId="77777777" w:rsidR="00BF18E0" w:rsidRDefault="00BF18E0">
      <w:pPr>
        <w:spacing w:after="0"/>
      </w:pPr>
      <w:r>
        <w:separator/>
      </w:r>
    </w:p>
  </w:footnote>
  <w:footnote w:type="continuationSeparator" w:id="0">
    <w:p w14:paraId="34AE9666" w14:textId="77777777" w:rsidR="00BF18E0" w:rsidRDefault="00BF18E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013D3"/>
    <w:rsid w:val="0015074B"/>
    <w:rsid w:val="0029639D"/>
    <w:rsid w:val="00326F90"/>
    <w:rsid w:val="00365CB7"/>
    <w:rsid w:val="00380879"/>
    <w:rsid w:val="00584257"/>
    <w:rsid w:val="00AA1D8D"/>
    <w:rsid w:val="00AC29EE"/>
    <w:rsid w:val="00B47730"/>
    <w:rsid w:val="00BF18E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566BE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8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14">
    <w:name w:val="Сетка таблицы1"/>
    <w:basedOn w:val="a3"/>
    <w:next w:val="aff0"/>
    <w:uiPriority w:val="59"/>
    <w:qFormat/>
    <w:rsid w:val="00584257"/>
    <w:pPr>
      <w:spacing w:after="0" w:line="240" w:lineRule="auto"/>
    </w:pPr>
    <w:rPr>
      <w:rFonts w:eastAsia="Calibri"/>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8">
    <w:name w:val="Balloon Text"/>
    <w:basedOn w:val="a1"/>
    <w:link w:val="aff9"/>
    <w:uiPriority w:val="99"/>
    <w:semiHidden/>
    <w:unhideWhenUsed/>
    <w:rsid w:val="00584257"/>
    <w:pPr>
      <w:spacing w:after="0"/>
    </w:pPr>
    <w:rPr>
      <w:rFonts w:ascii="Tahoma" w:hAnsi="Tahoma" w:cs="Tahoma"/>
      <w:sz w:val="16"/>
      <w:szCs w:val="16"/>
    </w:rPr>
  </w:style>
  <w:style w:type="character" w:customStyle="1" w:styleId="aff9">
    <w:name w:val="Текст выноски Знак"/>
    <w:basedOn w:val="a2"/>
    <w:link w:val="aff8"/>
    <w:uiPriority w:val="99"/>
    <w:semiHidden/>
    <w:rsid w:val="0058425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8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14">
    <w:name w:val="Сетка таблицы1"/>
    <w:basedOn w:val="a3"/>
    <w:next w:val="aff0"/>
    <w:uiPriority w:val="59"/>
    <w:qFormat/>
    <w:rsid w:val="00584257"/>
    <w:pPr>
      <w:spacing w:after="0" w:line="240" w:lineRule="auto"/>
    </w:pPr>
    <w:rPr>
      <w:rFonts w:eastAsia="Calibri"/>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8">
    <w:name w:val="Balloon Text"/>
    <w:basedOn w:val="a1"/>
    <w:link w:val="aff9"/>
    <w:uiPriority w:val="99"/>
    <w:semiHidden/>
    <w:unhideWhenUsed/>
    <w:rsid w:val="00584257"/>
    <w:pPr>
      <w:spacing w:after="0"/>
    </w:pPr>
    <w:rPr>
      <w:rFonts w:ascii="Tahoma" w:hAnsi="Tahoma" w:cs="Tahoma"/>
      <w:sz w:val="16"/>
      <w:szCs w:val="16"/>
    </w:rPr>
  </w:style>
  <w:style w:type="character" w:customStyle="1" w:styleId="aff9">
    <w:name w:val="Текст выноски Знак"/>
    <w:basedOn w:val="a2"/>
    <w:link w:val="aff8"/>
    <w:uiPriority w:val="99"/>
    <w:semiHidden/>
    <w:rsid w:val="0058425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CBF12-9E46-43D7-AA7D-ACDDDDBFF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16</Pages>
  <Words>7907</Words>
  <Characters>45073</Characters>
  <Application>Microsoft Office Word</Application>
  <DocSecurity>0</DocSecurity>
  <Lines>375</Lines>
  <Paragraphs>105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52875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Администратор1</cp:lastModifiedBy>
  <cp:revision>3</cp:revision>
  <cp:lastPrinted>2026-08-20T08:38:00Z</cp:lastPrinted>
  <dcterms:created xsi:type="dcterms:W3CDTF">2013-12-23T23:15:00Z</dcterms:created>
  <dcterms:modified xsi:type="dcterms:W3CDTF">2026-08-20T08:47:00Z</dcterms:modified>
  <cp:category/>
</cp:coreProperties>
</file>